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系统工程学院2027 级推荐免试硕士生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工程学院2027级推荐免试硕士生（含直博生、参军入伍生）第一批面试结果，共公布123人。其中，面试等级为“优秀”者不显示面试分数，面试等级为“合格”者显示面试分数，1人未参加面试（面试等级、面试分数均标注为“/”，备注为“未参加”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一、按意向报考专业统计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电子信息：9人（序号1—9），其中优秀4人（序号1—4），合格4人（序号5—8），未参加1人（序号9）。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管理科学与工程：88人（序号10—97），其中优秀44人（序号10—53），合格44人（序号54—97）。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控制科学与工程：26人（序号98—123），其中优秀17人（序号98—114），合格9人（序号115—123）。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二、面试结果明细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意向报考专业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面试等级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面试分数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4101**********0219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4211**********7322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4304**********009X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2113**********1310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1305**********382X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3303**********6011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4504**********2121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1525**********0721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1405**********9618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未参加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4313**********1305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6101**********736X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3709**********2811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3401**********0510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3701**********0073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3508**********1532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4102**********0015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3206**********0024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3703**********6616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3624**********0612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3714**********0013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3307**********6340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4114**********1069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1304**********1140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4309**********0527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邱*鑫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3504**********5019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3709**********2023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3416**********002X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2106**********0019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1301**********3066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3418**********6624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3301**********2712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3701**********0219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元*宇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4116**********734X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3501**********0062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章*方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3303**********8406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4307**********0094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5111**********0029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4211**********003X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1504**********1164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5117**********0859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5107**********966X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6501**********2814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1304**********2125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商*艺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2224**********0323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5113**********267X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4206**********0046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5002**********1817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6223**********3034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1301**********3314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3308**********5726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鲜*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6224**********5843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3311**********2977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4302**********0082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3401**********5018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3711**********2324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3708**********4964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4307**********0062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5101**********0038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5401**********152X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3706**********2421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3608**********4418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4212**********4122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湛*斌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3607**********2414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4312**********0192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2111**********1623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3622**********0610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3705**********2729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5134**********0219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4116**********1521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4107**********963X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3424**********8564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5133**********0019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6501**********1213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孔*迪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4407**********3024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4203**********5026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3706**********4420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4403**********1329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3711**********782X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3623**********302X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3206**********0040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华*铭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3713**********3790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兰*昕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3504**********1023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3212**********8026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6321**********0035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6529**********7520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5110**********3621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1402**********7958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6104**********1212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4309**********1221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4301**********1265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1401**********1815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3411**********6241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2201**********2519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3308**********5719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3501**********3615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3601**********2437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3325**********7312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6101**********281X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4101**********0331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3714**********4323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4307**********0066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4203**********2815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1401**********0038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4107**********4012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3603**********1519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4102**********0235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疏*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3408**********2915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2224**********0219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4310**********0052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4206**********5016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1404**********8050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4301**********3239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5323**********0022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5201**********1634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4307**********0183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6101**********351X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3414**********5646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4301**********4514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6223**********0235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3503**********3118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全*琪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4113**********2621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2102**********2312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