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中山大学管理学院关于2026年预推免考核结果的通知</w:t>
      </w:r>
    </w:p>
    <w:p>
      <w:pPr>
        <w:ind w:firstLine="480"/>
      </w:pPr>
      <w:r>
        <w:t>我院现组织开展2026年接收优秀应届本科毕业生推荐免试攻读研究生预报名工作，请符合申请条件的申请人（包括本校应届生）按以下通知内容报名：</w:t>
      </w:r>
    </w:p>
    <w:p>
      <w:pPr>
        <w:ind w:firstLine="480"/>
      </w:pPr>
      <w:r>
        <w:t>一、申请条件</w:t>
      </w:r>
    </w:p>
    <w:p>
      <w:pPr>
        <w:ind w:firstLine="480"/>
      </w:pPr>
      <w:r>
        <w:t>（一）中华人民共和国公民；</w:t>
      </w:r>
    </w:p>
    <w:p>
      <w:pPr>
        <w:ind w:firstLine="480"/>
      </w:pPr>
      <w:r>
        <w:t>（二）拥护中国共产党的领导，品德良好，遵纪守法；</w:t>
      </w:r>
    </w:p>
    <w:p>
      <w:pPr>
        <w:ind w:firstLine="480"/>
      </w:pPr>
      <w:r>
        <w:t>（三）在目前就读学校取得教育部推荐免试研究生资格的优秀应届本科毕业生；</w:t>
      </w:r>
    </w:p>
    <w:p>
      <w:pPr>
        <w:ind w:firstLine="480"/>
      </w:pPr>
      <w:r>
        <w:t>（四）学术研究兴趣浓厚，具有较强的创新意识、创新能力和作为博士、硕士研究生培养的潜质；</w:t>
      </w:r>
    </w:p>
    <w:p>
      <w:pPr>
        <w:ind w:firstLine="480"/>
      </w:pPr>
      <w:r>
        <w:t>（五）诚实守信，学风端正，未受过任何处分；</w:t>
      </w:r>
    </w:p>
    <w:p>
      <w:pPr>
        <w:ind w:firstLine="480"/>
      </w:pPr>
      <w:r>
        <w:t>（六）身体健康状况符合国家和中山大学规定的体检要求；</w:t>
      </w:r>
    </w:p>
    <w:p>
      <w:pPr>
        <w:ind w:firstLine="480"/>
      </w:pPr>
      <w:r>
        <w:t>（七）入学前须本科毕业并获得学士学位；</w:t>
      </w:r>
    </w:p>
    <w:p>
      <w:pPr>
        <w:ind w:firstLine="480"/>
      </w:pPr>
      <w:r>
        <w:t>（八）学习成绩优秀，预计能获得所在学校的推荐免试资格；</w:t>
      </w:r>
    </w:p>
    <w:p>
      <w:pPr>
        <w:ind w:firstLine="480"/>
      </w:pPr>
      <w:r>
        <w:t>（九）</w:t>
      </w:r>
    </w:p>
    <w:p>
      <w:pPr>
        <w:ind w:firstLine="480"/>
      </w:pPr>
      <w:r>
        <w:t>英语水平良好，能提供反映英语水平的证书。</w:t>
      </w:r>
    </w:p>
    <w:p>
      <w:pPr>
        <w:ind w:firstLine="480"/>
      </w:pPr>
      <w:r>
        <w:t>（十）其余申请条件要符合中山大学推荐免试研究生招生章程及接收办法中的要求。</w:t>
      </w:r>
    </w:p>
    <w:p>
      <w:pPr>
        <w:ind w:firstLine="480"/>
      </w:pPr>
      <w:r>
        <w:t>二、招生专业</w:t>
      </w:r>
    </w:p>
    <w:p>
      <w:pPr>
        <w:ind w:firstLine="480"/>
      </w:pPr>
      <w:r>
        <w:t>招生类型</w:t>
      </w:r>
    </w:p>
    <w:p>
      <w:pPr>
        <w:ind w:firstLine="480"/>
      </w:pPr>
      <w:r>
        <w:t>学位类型</w:t>
      </w:r>
    </w:p>
    <w:p>
      <w:pPr>
        <w:ind w:firstLine="480"/>
      </w:pPr>
      <w:r>
        <w:t>专业</w:t>
      </w:r>
    </w:p>
    <w:p>
      <w:pPr>
        <w:ind w:firstLine="480"/>
      </w:pPr>
      <w:r>
        <w:t>研究方向</w:t>
      </w:r>
    </w:p>
    <w:p>
      <w:pPr>
        <w:ind w:firstLine="480"/>
      </w:pPr>
      <w:r>
        <w:t>基本学制</w:t>
      </w:r>
    </w:p>
    <w:p>
      <w:pPr>
        <w:ind w:firstLine="480"/>
      </w:pPr>
      <w:r>
        <w:t>直博生</w:t>
      </w:r>
    </w:p>
    <w:p>
      <w:pPr>
        <w:ind w:firstLine="480"/>
      </w:pPr>
      <w:r>
        <w:t>学术型</w:t>
      </w:r>
    </w:p>
    <w:p>
      <w:pPr>
        <w:ind w:firstLine="480"/>
      </w:pPr>
      <w:r>
        <w:t>120100</w:t>
      </w:r>
    </w:p>
    <w:p>
      <w:pPr>
        <w:ind w:firstLine="480"/>
      </w:pPr>
      <w:r>
        <w:t>管理科学与工程</w:t>
      </w:r>
    </w:p>
    <w:p>
      <w:pPr>
        <w:ind w:firstLine="480"/>
      </w:pPr>
      <w:r>
        <w:t>69</w:t>
      </w:r>
    </w:p>
    <w:p>
      <w:pPr>
        <w:ind w:firstLine="480"/>
      </w:pPr>
      <w:r>
        <w:t>不分方向</w:t>
      </w:r>
    </w:p>
    <w:p>
      <w:pPr>
        <w:ind w:firstLine="480"/>
      </w:pPr>
      <w:r>
        <w:t>5年</w:t>
      </w:r>
    </w:p>
    <w:p>
      <w:pPr>
        <w:ind w:firstLine="480"/>
      </w:pPr>
      <w:r>
        <w:t>120201</w:t>
      </w:r>
    </w:p>
    <w:p>
      <w:pPr>
        <w:ind w:firstLine="480"/>
      </w:pPr>
      <w:r>
        <w:t>会计学</w:t>
      </w:r>
    </w:p>
    <w:p>
      <w:pPr>
        <w:ind w:firstLine="480"/>
      </w:pPr>
      <w:r>
        <w:t>120202</w:t>
      </w:r>
    </w:p>
    <w:p>
      <w:pPr>
        <w:ind w:firstLine="480"/>
      </w:pPr>
      <w:r>
        <w:t>企业管理</w:t>
      </w:r>
    </w:p>
    <w:p>
      <w:pPr>
        <w:ind w:firstLine="480"/>
      </w:pPr>
      <w:r>
        <w:t>120203</w:t>
      </w:r>
    </w:p>
    <w:p>
      <w:pPr>
        <w:ind w:firstLine="480"/>
      </w:pPr>
      <w:r>
        <w:t>旅游管理</w:t>
      </w:r>
    </w:p>
    <w:p>
      <w:pPr>
        <w:ind w:firstLine="480"/>
      </w:pPr>
      <w:r>
        <w:t>120204</w:t>
      </w:r>
    </w:p>
    <w:p>
      <w:pPr>
        <w:ind w:firstLine="480"/>
      </w:pPr>
      <w:r>
        <w:t>技术经济及管理</w:t>
      </w:r>
    </w:p>
    <w:p>
      <w:pPr>
        <w:ind w:firstLine="480"/>
      </w:pPr>
      <w:r>
        <w:t>1202Z2</w:t>
      </w:r>
    </w:p>
    <w:p>
      <w:pPr>
        <w:ind w:firstLine="480"/>
      </w:pPr>
      <w:r>
        <w:t>财务与投资管理</w:t>
      </w:r>
    </w:p>
    <w:p>
      <w:pPr>
        <w:ind w:firstLine="480"/>
      </w:pPr>
      <w:r>
        <w:t>1202Z3</w:t>
      </w:r>
    </w:p>
    <w:p>
      <w:pPr>
        <w:ind w:firstLine="480"/>
      </w:pPr>
      <w:r>
        <w:t>市场营销</w:t>
      </w:r>
    </w:p>
    <w:p>
      <w:pPr>
        <w:ind w:firstLine="480"/>
      </w:pPr>
      <w:r>
        <w:t>硕士生</w:t>
      </w:r>
    </w:p>
    <w:p>
      <w:pPr>
        <w:ind w:firstLine="480"/>
      </w:pPr>
      <w:r>
        <w:t>3年</w:t>
      </w:r>
    </w:p>
    <w:p>
      <w:pPr>
        <w:ind w:firstLine="480"/>
      </w:pPr>
      <w:r>
        <w:t>120200</w:t>
      </w:r>
    </w:p>
    <w:p>
      <w:pPr>
        <w:ind w:firstLine="480"/>
      </w:pPr>
      <w:r>
        <w:t>工商管理学</w:t>
      </w:r>
    </w:p>
    <w:p>
      <w:pPr>
        <w:ind w:firstLine="480"/>
      </w:pPr>
      <w:r>
        <w:t>专业型</w:t>
      </w:r>
    </w:p>
    <w:p>
      <w:pPr>
        <w:ind w:firstLine="480"/>
      </w:pPr>
      <w:r>
        <w:t>125700</w:t>
      </w:r>
    </w:p>
    <w:p>
      <w:pPr>
        <w:ind w:firstLine="480"/>
      </w:pPr>
      <w:r>
        <w:t>审计</w:t>
      </w:r>
    </w:p>
    <w:p>
      <w:pPr>
        <w:ind w:firstLine="480"/>
      </w:pPr>
      <w:r>
        <w:t>2年</w:t>
      </w:r>
    </w:p>
    <w:p>
      <w:pPr>
        <w:ind w:firstLine="480"/>
      </w:pPr>
      <w:r>
        <w:t>说明：实际招生专业以学校最终公布的2026年研究生招生专业目录为准。各专业实际接收推免生人数将根据招生计划、生源情况等进行调整，以实际录取为准。</w:t>
      </w:r>
    </w:p>
    <w:p>
      <w:pPr>
        <w:ind w:firstLine="480"/>
      </w:pPr>
      <w:r>
        <w:t>三、申请材料</w:t>
      </w:r>
    </w:p>
    <w:p>
      <w:pPr>
        <w:ind w:firstLine="480"/>
      </w:pPr>
      <w:r>
        <w:t>1.《中山大学管理学院2026年接收优秀应届本科毕业生推荐免试攻读研究生预报名申请表》（附件1）1份。</w:t>
      </w:r>
    </w:p>
    <w:p>
      <w:pPr>
        <w:ind w:firstLine="480"/>
      </w:pPr>
      <w:r>
        <w:t>2.学生证和身份证复印件各1份（学生证须将个人信息页和注册信息页复印在1张A4纸上，身份证将正反面复印在1张A4纸上）。</w:t>
      </w:r>
    </w:p>
    <w:p>
      <w:pPr>
        <w:ind w:firstLine="480"/>
      </w:pPr>
      <w:r>
        <w:t>3.本科阶段学习成绩单1份（须由学校教务部门盖章）。</w:t>
      </w:r>
    </w:p>
    <w:p>
      <w:pPr>
        <w:ind w:firstLine="480"/>
      </w:pPr>
      <w:r>
        <w:t>4.本科前六个学期本专业或年级成绩排名证明（须由学校教务部门盖章）。</w:t>
      </w:r>
    </w:p>
    <w:p>
      <w:pPr>
        <w:ind w:firstLine="480"/>
      </w:pPr>
      <w:r>
        <w:t>5.国家英语六级考试成绩、TOEFL成绩或雅思成绩英语水平证明材料。</w:t>
      </w:r>
    </w:p>
    <w:p>
      <w:pPr>
        <w:ind w:firstLine="480"/>
      </w:pPr>
      <w:r>
        <w:t>6.《研究计划书》一份，学术型硕士和直博生研究计划要求请见附件2，审计专硕研究计划要求请见附件3。</w:t>
      </w:r>
    </w:p>
    <w:p>
      <w:pPr>
        <w:ind w:firstLine="480"/>
      </w:pPr>
      <w:r>
        <w:t>7.</w:t>
      </w:r>
    </w:p>
    <w:p>
      <w:pPr>
        <w:ind w:firstLine="480"/>
      </w:pPr>
      <w:r>
        <w:t>拟申请直博生项目的考生，需提供两封具有副高级及以上专业技术职务的专家的推荐信，模板请见附件4。</w:t>
      </w:r>
    </w:p>
    <w:p>
      <w:pPr>
        <w:ind w:firstLine="480"/>
      </w:pPr>
      <w:r>
        <w:t>8.其他证明材料，如代表性学术论文、出版物或原创性工作成果，以及各种获奖的证明材料（该部分材料不作为必须提供材料的内容，供我院审核、接收时参考）。</w:t>
      </w:r>
    </w:p>
    <w:p>
      <w:pPr>
        <w:ind w:firstLine="480"/>
      </w:pPr>
      <w:r>
        <w:t>本次预推免采取网上申请形式，请将上述申请材料电子扫描，按以上顺序整合为一个PDF文件，并上传至报名系统。</w:t>
      </w:r>
    </w:p>
    <w:p>
      <w:pPr>
        <w:ind w:firstLine="480"/>
      </w:pPr>
      <w:r>
        <w:t>申请者须承诺所提供信息、材料及申请身份的真实性。一经查证为不属实或不符合我校招生要求的，我校将取消其申请资格、录取资格、入学资格，已入学的取消学籍。</w:t>
      </w:r>
    </w:p>
    <w:p>
      <w:pPr>
        <w:ind w:firstLine="480"/>
      </w:pPr>
      <w:r>
        <w:t>申请者若存在有违学术道德、专业伦理、诚实守信等方面的不当行为，一经查实，立即取消其申请资格、录取资格、入学资格，已入学的取消学籍。</w:t>
      </w:r>
    </w:p>
    <w:p>
      <w:pPr>
        <w:ind w:firstLine="480"/>
      </w:pPr>
      <w:r>
        <w:t>四、申请流程</w:t>
      </w:r>
    </w:p>
    <w:p>
      <w:pPr>
        <w:ind w:firstLine="480"/>
      </w:pPr>
      <w:r>
        <w:t>申请人注册登录报名系统并填写申报信息。报名系统于即日起开放，并于</w:t>
      </w:r>
    </w:p>
    <w:p>
      <w:pPr>
        <w:ind w:firstLine="480"/>
      </w:pPr>
      <w:r>
        <w:t>2025年9月5日中午11:59关闭。</w:t>
      </w:r>
    </w:p>
    <w:p>
      <w:pPr>
        <w:ind w:firstLine="480"/>
      </w:pPr>
      <w:r>
        <w:t>预推免报名系统的链接为：https://enroll.sysu.edu.cn/</w:t>
      </w:r>
    </w:p>
    <w:p>
      <w:pPr>
        <w:ind w:firstLine="480"/>
      </w:pPr>
      <w:r>
        <w:t>特别提醒：仅在网上系统申报而未上传指定申请材料者，将视为材料不全，报名不予受理。网上填报排名须与教务盖章排名一致，不一致者视为无效报名。</w:t>
      </w:r>
    </w:p>
    <w:p>
      <w:pPr>
        <w:ind w:firstLine="480"/>
      </w:pPr>
      <w:r>
        <w:t>五、初审与考核</w:t>
      </w:r>
    </w:p>
    <w:p>
      <w:pPr>
        <w:ind w:firstLine="480"/>
      </w:pPr>
      <w:r>
        <w:t>1.材料审核</w:t>
      </w:r>
    </w:p>
    <w:p>
      <w:pPr>
        <w:ind w:firstLine="480"/>
      </w:pPr>
      <w:r>
        <w:t>预推免资格审核后，最终入选名单将于9月上旬在中山大学管理学院官网上公布（学术型硕士、直博：</w:t>
      </w:r>
    </w:p>
    <w:p>
      <w:pPr>
        <w:ind w:firstLine="480"/>
      </w:pPr>
      <w:r>
        <w:t>bus.sysu.edu.cn/inform/Postgraduate</w:t>
      </w:r>
    </w:p>
    <w:p>
      <w:pPr>
        <w:ind w:firstLine="480"/>
      </w:pPr>
      <w:r>
        <w:t>；专业型硕士：maud.sysu.edu.cn），不再另行通知，请大家关注。入选同学请按照日程安排的要求，按时报到。预推免活动期间，所有同学必须遵守我院相关规定，报到后应全程参加预推免的各项活动。</w:t>
      </w:r>
    </w:p>
    <w:p>
      <w:pPr>
        <w:ind w:firstLine="480"/>
      </w:pPr>
      <w:r>
        <w:t>公布入选名单后，获得入选资格的申请人须将签字盖章的申请材料（1、3、4、6、7为原件，2、5、8为复印件）按顺序排列和装订，按通知要求邮寄到中山大学管理学院。</w:t>
      </w:r>
    </w:p>
    <w:p>
      <w:pPr>
        <w:ind w:firstLine="480"/>
      </w:pPr>
      <w:r>
        <w:t>邮寄地址：</w:t>
      </w:r>
    </w:p>
    <w:p>
      <w:pPr>
        <w:ind w:firstLine="480"/>
      </w:pPr>
      <w:r>
        <w:t>学术型硕士和直博生项目：广东省广州市海珠区新港西路135号中山大学管理学院善思堂M310，张老师020-39332748；</w:t>
      </w:r>
    </w:p>
    <w:p>
      <w:pPr>
        <w:ind w:firstLine="480"/>
      </w:pPr>
      <w:r>
        <w:t>专业型审计硕士项目：广东省广州市海珠区新港西路135号中山大学管理学院善衡堂N218-C，赵老师 020-84110377。</w:t>
      </w:r>
    </w:p>
    <w:p>
      <w:pPr>
        <w:ind w:firstLine="480"/>
      </w:pPr>
      <w:r>
        <w:t>2.复试考核内容</w:t>
      </w:r>
    </w:p>
    <w:p>
      <w:pPr>
        <w:ind w:firstLine="480"/>
      </w:pPr>
      <w:r>
        <w:t>重点考查考生知识结构的广度与深度、专业实践能力、综合分析和解决实际问题的能力、创新能力、英语听说能力、道德品质等综合素质。</w:t>
      </w:r>
    </w:p>
    <w:p>
      <w:pPr>
        <w:ind w:firstLine="480"/>
      </w:pPr>
      <w:r>
        <w:t>3.</w:t>
      </w:r>
    </w:p>
    <w:p>
      <w:pPr>
        <w:ind w:firstLine="480"/>
      </w:pPr>
      <w:r>
        <w:t>复试形式：</w:t>
      </w:r>
    </w:p>
    <w:p>
      <w:pPr>
        <w:ind w:firstLine="480"/>
      </w:pPr>
      <w:r>
        <w:t>现场面试。</w:t>
      </w:r>
    </w:p>
    <w:p>
      <w:pPr>
        <w:ind w:firstLine="480"/>
      </w:pPr>
      <w:r>
        <w:t>4.复试流程安排</w:t>
      </w:r>
    </w:p>
    <w:p>
      <w:pPr>
        <w:ind w:firstLine="480"/>
      </w:pPr>
      <w:r>
        <w:t>报到与复试时间：复试报到、复试日期、时间及地点的具体安排将通过“预报名系统”发出通知。</w:t>
      </w:r>
    </w:p>
    <w:p>
      <w:pPr>
        <w:ind w:firstLine="480"/>
      </w:pPr>
      <w:r>
        <w:t>考核方式：复试小组对参加复试的考生进行逐个考核，考生当场回答问题，必要时，复试小组成员会就相关问题进一步提问。每位考生的考核时间不少于20分钟。</w:t>
      </w:r>
    </w:p>
    <w:p>
      <w:pPr>
        <w:ind w:firstLine="480"/>
      </w:pPr>
      <w:r>
        <w:t>5.复试成绩及结果公布</w:t>
      </w:r>
    </w:p>
    <w:p>
      <w:pPr>
        <w:ind w:firstLine="480"/>
      </w:pPr>
      <w:r>
        <w:t>复试成绩满分为100分，</w:t>
      </w:r>
    </w:p>
    <w:p>
      <w:pPr>
        <w:ind w:firstLine="480"/>
      </w:pPr>
      <w:r>
        <w:t>各学科（专业）按照考核成绩从高分到低分依次确定排序。直博生及硕士生分别排序。</w:t>
      </w:r>
    </w:p>
    <w:p>
      <w:pPr>
        <w:ind w:firstLine="480"/>
      </w:pPr>
      <w:r>
        <w:t>复试结果报学校审核后在我院官网公布（学术型硕士、直博：</w:t>
      </w:r>
    </w:p>
    <w:p>
      <w:pPr>
        <w:ind w:firstLine="480"/>
      </w:pPr>
      <w:r>
        <w:t>；专业型审计硕士：maud.sysu.edu.cn）。</w:t>
      </w:r>
    </w:p>
    <w:p>
      <w:pPr>
        <w:ind w:firstLine="480"/>
      </w:pPr>
      <w:r>
        <w:t>六、其他</w:t>
      </w:r>
    </w:p>
    <w:p>
      <w:pPr>
        <w:ind w:firstLine="480"/>
      </w:pPr>
      <w:r>
        <w:t>此通知为预报名通知，具体要求以教育部及中山大学2026年推荐免试研究生接收工作相关通知及接收办法为准。</w:t>
      </w:r>
    </w:p>
    <w:p>
      <w:pPr>
        <w:ind w:firstLine="480"/>
      </w:pPr>
      <w:r>
        <w:t>推免生的报名及录取均通过教育部“全国推荐免试攻读研究生（免初试、转段）信息公开管理服务系统”（以下简称“推免服务系统”，网址：https://yz.chsi.com.cn/tm）进行。所有推免生（含“免试硕士生”和“直博生”）均需按照教育部、本科所在学校和省市招办要求在规定时间内登录教育部推荐免试服务系统，完成资格审查、填报志愿、缴纳报名费、接受复试确认、接受待录取确认等环节。</w:t>
      </w:r>
    </w:p>
    <w:p>
      <w:pPr>
        <w:ind w:firstLine="480"/>
      </w:pPr>
      <w:r>
        <w:t>推免复审及体检要求请留意学校及院系后续发布的推免接收办法及相关通知。</w:t>
      </w:r>
    </w:p>
    <w:p>
      <w:pPr>
        <w:ind w:firstLine="480"/>
      </w:pPr>
      <w:r>
        <w:t>七、联系方式</w:t>
      </w:r>
    </w:p>
    <w:p>
      <w:pPr>
        <w:ind w:firstLine="480"/>
      </w:pPr>
      <w:r>
        <w:t>（一）学术硕士、直博</w:t>
      </w:r>
    </w:p>
    <w:p>
      <w:pPr>
        <w:ind w:firstLine="480"/>
      </w:pPr>
      <w:r>
        <w:t>中山大学管理学院科研与研究生教育办公室张老师</w:t>
      </w:r>
    </w:p>
    <w:p>
      <w:pPr>
        <w:ind w:firstLine="480"/>
      </w:pPr>
      <w:r>
        <w:t>咨询电话：020-39332748</w:t>
      </w:r>
    </w:p>
    <w:p>
      <w:pPr>
        <w:ind w:firstLine="480"/>
      </w:pPr>
      <w:r>
        <w:t>邮箱：zhanglin5@mail.sysu.edu.cn</w:t>
      </w:r>
    </w:p>
    <w:p>
      <w:pPr>
        <w:ind w:firstLine="480"/>
      </w:pPr>
      <w:r>
        <w:t>（二）专业硕士</w:t>
      </w:r>
    </w:p>
    <w:p>
      <w:pPr>
        <w:ind w:firstLine="480"/>
      </w:pPr>
      <w:r>
        <w:t>中山大学管理学院MBA中心赵老师</w:t>
      </w:r>
    </w:p>
    <w:p>
      <w:pPr>
        <w:ind w:firstLine="480"/>
      </w:pPr>
      <w:r>
        <w:t>咨询电话：020-84110377</w:t>
      </w:r>
    </w:p>
    <w:p>
      <w:pPr>
        <w:ind w:firstLine="480"/>
      </w:pPr>
      <w:r>
        <w:t>邮箱：zhaoww5@mail.sysu.edu.cn</w:t>
      </w:r>
    </w:p>
    <w:p>
      <w:pPr>
        <w:ind w:firstLine="480"/>
      </w:pPr>
      <w:r>
        <w:t>附件一：《中山大学管理学院2026年接收优秀应届本科毕业生推荐免试攻读研究生预报名申请表》</w:t>
      </w:r>
    </w:p>
    <w:p>
      <w:pPr>
        <w:ind w:firstLine="480"/>
      </w:pPr>
      <w:r>
        <w:t>附件二：学术型硕士项目、直博生项目研究计划书</w:t>
      </w:r>
    </w:p>
    <w:p>
      <w:pPr>
        <w:ind w:firstLine="480"/>
      </w:pPr>
      <w:r>
        <w:t>附件三：审计硕士研究计划书</w:t>
      </w:r>
    </w:p>
    <w:p>
      <w:pPr>
        <w:ind w:firstLine="480"/>
      </w:pPr>
      <w:r>
        <w:t>附件四：推荐信模板</w:t>
      </w:r>
    </w:p>
    <w:p>
      <w:pPr>
        <w:ind w:firstLine="480"/>
      </w:pPr>
      <w:r>
        <w:t>管理学院</w:t>
      </w:r>
    </w:p>
    <w:p>
      <w:pPr>
        <w:ind w:firstLine="480"/>
      </w:pPr>
      <w:r>
        <w:t>2025年8月27日</w:t>
      </w:r>
    </w:p>
    <w:p>
      <w:pPr>
        <w:ind w:firstLine="480"/>
      </w:pPr>
      <w:r>
        <w:t>附件1：中山大学管理学院2026年接收优秀应届本科毕业生推荐免试攻读研究生预报名申请表.doc</w:t>
      </w:r>
    </w:p>
    <w:p>
      <w:pPr>
        <w:ind w:firstLine="480"/>
      </w:pPr>
      <w:r>
        <w:t>附件2：学术型硕士项目、直博生项目研究计划书.docx</w:t>
      </w:r>
    </w:p>
    <w:p>
      <w:pPr>
        <w:ind w:firstLine="480"/>
      </w:pPr>
      <w:r>
        <w:t>附件3：审计硕士研究计划书.doc</w:t>
      </w:r>
    </w:p>
    <w:p>
      <w:pPr>
        <w:ind w:firstLine="480"/>
      </w:pPr>
      <w:r>
        <w:t>附件4：推荐信模板.doc</w:t>
      </w:r>
    </w:p>
    <w:p>
      <w:pPr>
        <w:ind w:firstLine="480"/>
      </w:pPr>
      <w:r>
        <w:t>相关信息</w:t>
      </w:r>
    </w:p>
    <w:p>
      <w:pPr>
        <w:ind w:firstLine="480"/>
      </w:pPr>
      <w:r>
        <w:t>关于创业黄埔班2.0第10期招生初面的通知</w:t>
      </w:r>
    </w:p>
    <w:p>
      <w:pPr>
        <w:ind w:firstLine="480"/>
      </w:pPr>
      <w:r>
        <w:t>2026-09-15</w:t>
      </w:r>
    </w:p>
    <w:p>
      <w:pPr>
        <w:ind w:firstLine="480"/>
      </w:pPr>
      <w:r>
        <w:t>中山大学管理学院2027年接收优秀应届本科毕业生预推荐免试攻读研究生复试名单（学术型硕士生、直博生）</w:t>
      </w:r>
    </w:p>
    <w:p>
      <w:pPr>
        <w:ind w:firstLine="480"/>
      </w:pPr>
      <w:r>
        <w:t>2026-09-09</w:t>
      </w:r>
    </w:p>
    <w:p>
      <w:pPr>
        <w:ind w:firstLine="480"/>
      </w:pPr>
      <w:r>
        <w:t>2026年8月博士生论文答辩及相关安排</w:t>
      </w:r>
    </w:p>
    <w:p>
      <w:pPr>
        <w:ind w:firstLine="480"/>
      </w:pPr>
      <w:r>
        <w:t>2026-08-02</w:t>
      </w:r>
    </w:p>
    <w:p>
      <w:pPr>
        <w:ind w:firstLine="480"/>
      </w:pPr>
      <w:r>
        <w:t>中山大学管理学院2027年接收优秀应届本科毕业生推荐免试攻读研究生报名通知</w:t>
      </w:r>
    </w:p>
    <w:p>
      <w:pPr>
        <w:ind w:firstLine="480"/>
      </w:pPr>
      <w:r>
        <w:t>2026-07-20</w:t>
      </w:r>
    </w:p>
    <w:p>
      <w:pPr>
        <w:ind w:firstLine="480"/>
      </w:pPr>
      <w:r>
        <w:t>中山大学管理学院2026年以“申请-考核”制招收学术博士研究生拟补录取、对口支援专项博士研究生拟录取名单的公示</w:t>
      </w:r>
    </w:p>
    <w:p>
      <w:pPr>
        <w:ind w:firstLine="480"/>
      </w:pPr>
      <w:r>
        <w:t>2026-06-08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