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广西师范大学2026年接收推荐免试硕士研究生拟录取名单公示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一、名单人数与专业明细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发布日期（推定）：2025年11月11日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广西师范大学2026年接收推荐免试硕士研究生拟录取名单总计12人，分学院/专业明细如下：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政治与公共管理学院：社会工作1人。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教育学部/教师教育学院：教育学4人、心理学1人、教育经济与管理1人。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文学院/新闻与传播学院：学科教学（语文）5人。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二、涵盖学院与专业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涵盖学院3个：政治与公共管理学院、教育学部/教师教育学院、文学院/新闻与传播学院。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涵盖专业5个：社会工作、教育学、心理学、教育经济与管理、学科教学（语文）。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经考生个人填报、学院（部）复试遴选、校研究生招生委员会审定确定拟录取名单；公示文件含复试成绩，未说明排名规则。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四、公示期与异议反馈渠道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公示期为10日。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联系电话：0773-5833630。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邮箱：yjsb@mailbox.gxnu.edu.cn。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计划类型：普通计划8人、研究生支教团2人、农村硕师计划2人。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拟录取类别：非定向10人、定向2人。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学习方式均为全日制。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