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华中师范大学计算机学院2025年优秀大学生夏令营合格营员结果公示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华中师范大学计算机学院2025年优秀大学生夏令营合格营员结果公示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发布日期（推定）：2025年9月12日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一、名单人数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公示名单见附件PDF文件，正文未直接列出具体人数。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二、涵盖专业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正文未明确列出涵盖专业。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三、排名/评分方式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根据《华中师范大学计算机学院2025年优秀大学生暑期夏令营活动通知》的具体要求评选产生合格营员，具体评选标准未在正文中说明。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四、公示期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正文未明确说明公示起止日期。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五、其他重要说明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公示名单详见附件《2025年华中师范大学计算机学院优秀大学生夏令营合格营员名单.pdf》。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异议反馈渠道：联系电话027-67867207，联系人许老师。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