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集美大学轮机工程学院拟推荐2026届免试硕士研究生名单（含备选名单）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集美大学轮机工程学院拟推荐2026届免试硕士研究生名单（含备选名单）公示信息如下。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发布日期（推定）：2025年7月30日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一、名单基本情况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名单人数：总计未明确公布具体人数，原文未列出各专业或总人数明细。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涵盖专业：原文未明确列出具体专业，仅提及“各专业人数”，未写明专业名称及数量。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名单构成：名单含备选名单，具体人数及递补规则未在原文中说明。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按平均学分绩点、全面发展测评成绩及大学推免生名额分配方案确定。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经学生申报、学院审核等环节，依据相关文件执行。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原文未公示各专业总人数、加分项明细。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三、公示期及异议反馈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公示期为2025年9月1日至9月5日，共计5天。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公示期内异议反馈电话：6180373、6182015、6182805。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