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一、考核结果概况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本表为预推免考核表，共涉及考生 12 人，其中考核通过 10 人，缺考 2 人。申请院系所均为 019 附属无锡医院（无锡市中医医院），申请专业均为 105701 中医内科学。考核通过考生复试总成绩区间为 70.6 至 86.6，缺考考生复试总成绩均为 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二、考核明细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心血管病的临床研究(019附属无锡医院（无锡市中医医院）)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肿瘤的临床研究(019附属无锡医院（无锡市中医医院）)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仲*清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脾胃病的临床研究(019附属无锡医院（无锡市中医医院）)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内分泌疾病的临床研究（019附属无锡医院（无锡市中医医院））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肿瘤的临床研究(019附属无锡医院（无锡市中医医院）)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心血管病的临床研究(019附属无锡医院（无锡市中医医院）)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脾胃病的临床研究(019附属无锡医院（无锡市中医医院）)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何*蕾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内分泌疾病的临床研究（019附属无锡医院（无锡市中医医院））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20263300498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脾胃病的临床研究(019附属无锡医院（无锡市中医医院）)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脾胃病的临床研究(019附属无锡医院（无锡市中医医院）)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脾胃病的临床研究(019附属无锡医院（无锡市中医医院）)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20263300889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019附属无锡医院（无锡市中医医院）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内分泌疾病的临床研究（019附属无锡医院（无锡市中医医院））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三、研究方向分布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心血管病的临床研究（研究方向码 45）：2 人，分别为张*丽（86.6）、曹*文（79.8），均考核通过。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肿瘤的临床研究（研究方向码 46）：2 人，分别为仲*清（84.7）、蔡*洁（80），均考核通过。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脾胃病的临床研究（研究方向码 47）：5 人，分别为何*烨（84.2）、何*蕾（76.4）、李*（70.8）、吴*宇（70.6）、张*平（0，缺考）。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内分泌疾病的临床研究（研究方向码 48）：3 人，分别为李*逸（82.1）、谢*贤（71.4）、李*洁（0，缺考）。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