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外国语学院关于公布2026年推荐免试攻读硕士学位研究生申请人答辩名单的通知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根据《外国语学院2026年推荐优秀应届本科毕业生免试攻读研究生工作方案》， 经学生个人申请，外国语学生推免生遴选与审核鉴定工作小组及教务办、学工办审核，学院推免生推荐工作小组复核，现公布推荐免试攻读硕士学位研究生申请人答辩名单：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翻译专业：范宇喆 何怡欣 刘婉灵 邱海玲 赖剑腾 缪诗佳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英语专业：彭福安 欧阳盼 苏畅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请以上申请人于9月9日下午14:30到3-214参加公开答辩。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外国语学院教务办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2025.9.8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