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电气与电子工程学院2026年接收推免研究生（含直博生）复试办法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电气与电子工程学院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导航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学院首页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学院概况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学院简介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发展历程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机构设置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学术委员会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学位委员会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院直机关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现任领导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师资队伍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两院院士特聘教授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两院院士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特聘教授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电机系统及其控制研究...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电气绝缘与电缆研究所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高电压技术研究所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电力系统及其自动化研...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电力电子与电力传动研...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储能科学与工程系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电子科学与技术系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人才培养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本科生培养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专业介绍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培养方案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管理规章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教材建设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专业建设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课程建设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教学改革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教学成果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文件下载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实验教学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教学进程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通知公告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研究生培养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学科简介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研究生导师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培养方案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管理制度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招生工作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通知通告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科学研究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学科建设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学科简介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学科设置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科研平台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重点实验室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国家级工程中心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协同创新中心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科研成果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专利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奖励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管理制度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科研财务管理制度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科研奖励制度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通知通告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党建工作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党建组织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党建理论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党建活动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全国样板党支部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双带头人党支部书记风...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学生工作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通知公告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学工组织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学工动态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学生活动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学生风采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就业信息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规章制度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相关下载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人才引进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引进政策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招聘计划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博士后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服务指南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财务报销流程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科研审批流程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教学审批流程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资料下载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本科教学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研究生教学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财务相关政策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党政材料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校友动态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杰出校友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校友动态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联系我们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联系我们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审核评估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评估政策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评估新闻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应知应会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电气装备101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电气与电子工程学院2026年接收推免研究生（含直博生）复试办法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时间：2025-09-13浏览：1122</w:t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