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数学与统计学院2025届各专业拟推荐免试攻读研究生学生名单公示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数学与统计学院2025届各专业拟推荐免试攻读研究生学生名单公示。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公示事项：数学与统计学院2025届各专业拟推荐免试攻读研究生学生名单公示。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公示形式：以PDF文件形式发布，文件名为“数学与统计学院2025届各专业拟推荐免试攻读研究生学生名单公示.pdf”。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地址：中国·湖北省·武汉市珞喻路1037号 华中科技大学数学与统计学院（东三十一楼）。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邮政编码：430074。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办公电话：未提供。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E-mail：mathhust@mail.hust.edu.cn。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本次公示内容未包含具体拟推荐学生人数、专业/学院明细、排名或评分方式及公示期信息。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附件下载次数未提供具体数值。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