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2025年珠宝学院推荐免试攻读研究生工作监督小组，名单如下：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做好2026年本科生推荐免试攻读研究生工作的通知》文件、《中国地质大学（北京）推荐优秀应届本科毕业生免试攻读研究生工作管理办法》（中地大京发〔2025〕12号）文件规定，经2022级本科生免试攻读研究生评审领导小组讨论决定，特制定本实施细则。2022级本科生免试攻读研究生实施细则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为确保此项工作顺利进行，成立2025年珠宝学院推荐免试攻读研究生工作领导小组，名单如下：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2025年珠宝学院推荐免试攻读研究生工作监督小组，名单如下：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严格按照《中国地质大学（北京）推荐优秀应届本科毕业生免试攻读研究生工作管理办法》（中地大京发〔2025〕12号）文件、《中国地质大学（北京）珠宝学院免试攻读研究生推荐办法》（中地大珠发〔2025〕4号）要求进行，保证公平、公正、公开的原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《中国地质大学（北京）推荐优秀应届本科毕业生免试攻读研究生工作管理办法》（中地大京发〔2025〕12号）文件中常规推免基本条件第二条“完成并通过培养方案要求的前三学年开设的全部课程（含实践教学环节）考核，学习成绩优良，平均学分绩点2.8及以上（使用学生首次获得的课程成绩计算），必修课程最多有1门次不及格记录。学业成绩排名在本专业前30%的学生，在满足各项要求的情况下，各学院必须接收申请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按照《中国地质大学（北京）珠宝学院免试攻读研究生推荐办法》（中地大珠发〔2025〕4号）中遴选推免生条件。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推免后出现必修课程不及格使得必修课程不及格记录大于1门次、本科毕业设计（论文）成绩未达到良好及以上或出现违法违纪记录等情况，将取消推免资格。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四、具体流程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信息公布，学生自评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由学工组辅导员、班委成员组织2022级同学召开会议传达文件精神。申请推免的同学仔细阅读上述文件，凡符合推免原则条件者，均有资格申请。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学生填写中国地质大学（北京）应届本科生推荐免试攻读研究生申请表，附加盖学院公章的成绩单、按照《中国地质大学（北京）珠宝学院免试攻读研究生推荐办法》（中地大珠发〔2025〕4号）计分项目的证明材料原件，于9月5日17:00前提交至珠宝学院学工组办公室，地点地调楼406。逾期未提交者视为自动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学院组织评审小组进行申请材料核准，并依照《中国地质大学（北京）珠宝学院免试攻读研究生推荐办法》（中地大珠发〔2024〕5号）计算参评同学综合成绩。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学院依据综合排名确定推荐人选并进行公示，提交推荐人员名单至教务处。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中国地质大学（北京）珠宝学院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附件：珠发〔2025〕4号-免试攻读研究生推荐办法.pdf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