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理学院获得推荐免试资格的应届本科毕业生名单公示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本通知公示理学院获得推荐免试资格的应届本科毕业生名单，共涉及5名学生。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名单涵盖专业为应用物理学，推荐硕士专业包括凝聚态物理（4人）和材料物理与化学（1人）。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公示信息包含序号、本科专业、姓名、性别、学号、身份证号、推荐硕士专业、课程学习成绩、特殊学术专长或具有突出培养潜质加分、综合测评成绩及备注等字段。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二、名单要点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祝旭帆，男，学号2268127205，推荐至凝聚态物理专业，课程学习成绩89.61，特殊学术专长加分21.50，综合测评成绩82.80。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柴洋，男，学号2268127114，推荐至凝聚态物理专业，课程学习成绩88.69，特殊学术专长加分8.50，综合测评成绩80.67。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郭树铮，男，学号2268127132，推荐至凝聚态物理专业，课程学习成绩86.19，特殊学术专长加分27.00，综合测评成绩80.27。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程红亮，男，学号2268127102，推荐至凝聚态物理专业，课程学习成绩87.40，特殊学术专长加分3，综合测评成绩78.96。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池子恒，男，学号2268127101，推荐至材料物理与化学专业，课程学习成绩84.50，特殊学术专长加分10.00，综合测评成绩77.05。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本通知为名单公示，未涉及具体申请流程或时间节点。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公示来源为内蒙古科技大学理学院官网，网址：https://ss.imust.edu.cn/info/1053/4390.htm。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如有异议，可通过官网提供的师德师风监督举报渠道反馈。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