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第一临床学院2026年接收推荐免试攻读硕士研究生复试及录取办法_新闻中心-河南医药大学第一附属医院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为切实做好我院2026年推荐免试攻读硕士研究生（以下简称“推免生”）复试与录取工作，根据教育部及学校相关文件要求，结合我院具体情况，现将我院2026年推免攻读硕士研究生复试工作有关事宜安排如下：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一、指导思想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坚持“公平、公正、公开”原则，践行科学选拔、分类复试机制；以“德智体美劳全面衡量，学业成绩、创新潜力、综合业绩并重”为核心，尊重考生志愿，按类别排序、择优录取，严格把控招生质量，按需确定招生规模，坚守“宁缺毋滥”底线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二、组织管理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教育部和学校的有关安排，并结合我院的实际情况，制订研究生招生复试及录取工作细则。学院成立研究生招生委员会，全面领导学院的研究生招生工作。各专业成立复试小组（学科专业复试小组），由学科负责人担任组长，负责对参加复试的导师进行培训，使导师了解政策、熟悉规则、掌握方法，科学、高效组织复试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面试小组由“学科专业复试小组”产生，负责进行考生的面试工作，并做好整个过程音视频留存备查。每个面试小组由5名以上在职教师组成，其中研究生导师不少于3名，外语听说能力较强的老师不少于1名。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三、接收名额及报考要求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根据各专业师资配置、培养资源及年度招生规模，我院2026年拟接收推免生30人，其中专业学位研究生25人，学术学位研究生5人。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考生本科所学专业须与报考专业相同或相近，跨专业报考需符合学校及我院相关专业的要求。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（一）志愿填报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须在规定时间内登录“中国研究生招生信息网”（以下简称“研招网”）“推免服务系统”（网址：http://yz.chsi.com.cn/tm），查阅《河南医药大学2026年接收推荐免试硕士研究生招生简章》及《第一临床学院2026年推免生招生专业目录》，按系统提示完成网上报名及缴费，填报我院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（二）报名材料提交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申请人完成志愿填报后，须按以下要求提交材料，供学院资格审查：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本人有效期内身份证（正反面）、学生证（注册页）复印件；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本科阶段在校学习成绩单（原件需加盖就读学校学籍管理部门公章，复印件需与原件核对一致）；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学术科研成果材料（如发表论文的期刊封面、目录、正文，出版专著的版权页、目录，科研项目参与证明等）及各类获奖证书（原件及复印件）；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国家级外语水平考试成绩证明或合格证书（如CET-4、CET-6、雅思、托福等，原件及复印件）；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提交要求：申请人员完成推免系统报名的同时，请于2025年10月14日8:00前将申请材料原件分别扫描后形成一个压缩文件以“本人姓名+大学生推免申请+河南医药大学第一临床学院”命名发送至邮箱yfyyjszs@126.com。完成资格初审，原件及复印件复试时提交学院，申请者须承诺所提供信息和材料的真实性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五、复试方式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采用现场复试方式，考生须按通知要求到指定地点参加复试，不接受线上复试申请。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2026年推免生复试工作暂定于2025年10月15日—17日进行，考生收到复试通知后，须在规定时间内确认参加复试，逾期未确认或未按时参加复试者，视为自动放弃复试资格。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（一）复试时间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2025年10月15日—17日进行。若时间安排有变动，我们将提前通过电话或邮箱告知各位考生。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（二）复试内容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复试包含外语水平测试、专业素质测试、综合素质测试、思想政治素质和道德品质考核四个模块，各模块考核重点如下：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外语水平测试。考生随机抽取题库中的英语话题，与面试考官进行口语交流，并回答考官提问，主要考核外语听说能力及专业外语基础；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专业素质测试。结合报考专业核心课程，考核考生对专业理论知识的掌握程度、应用理论解决实际问题的能力，以及对学科发展动态的了解；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素质测试。由学科专业复试工作小组制定考核标准，全面评估考生的创新精神、科研潜力、事业心、责任感、团队协作能力及心理健康状况；采用“逐人打分制”，按考核项目分项评分，成绩以百分制计入复试总成绩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思想政治素质和道德品质考核。通过面谈、查阅材料等方式，考核考生的政治态度、思想表现、道德品质、遵纪守法、诚实守信等情况；该考核为“合格/不合格”等级制，考核不合格者直接取消拟录取资格。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（三）复试成绩构成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复试中各项成绩和总成绩均按照百分制计算，保留小数点后两位。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复试各项成绩构成，如下表所示：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七、录取办法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（一）录取原则。严格遵循“程序公开、分类排队、择优录取”原则，根据复试总成绩从高到低排序，结合各专业招生计划确定拟录取名单（考生自愿放弃录取的，按排序依次递补）；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（二）拟录取公示。拟录取名单经学院研究生招生工作委员会审核后，上报学校研究生院审定，审定通过后在学院官网公示（公示期不少于3个工作日），公示无异议后正式生效；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（三）不予拟录取情形：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思想政治素质和道德品质考核不合格者；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复试总成绩低于60分（不含60分）者；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复试过程中存在作弊、提供虚假材料等违规违纪行为者。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（一）已被我院拟录取的推免生，须签署《推免生拟录取承诺书》，承诺不再报名参加2026年全国硕士研究生统一考试；若违反承诺，学院将取消其推免录取资格，并上报教育部备案。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（二）若发现申请人提交的材料存在虚假信息（如伪造成绩单、获奖证书等），一经查实，立即取消其推免资格，已录取的取消录取资格，并通报其本科院校。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（三）被拟录取的推免生，在本科第五学年的政治表现、学业成绩不符合推免生基本条件（如出现挂科、违纪处分等），学院将取消其录取资格。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（四）本办法未尽事宜，以《河南医药大学2026年接收推荐免试攻读硕士研究生招生章程》为准。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（五）若第一批次志愿报名人数超出招生计划，学院将根据实际情况开启后续复试批次，具体安排将在学院官网发布，请考生密切关注。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（六）考生须保持通讯方式畅通（手机、邮箱等），及时查看研招网系统通知及学院官网公告，因个人原因错过复试安排的，责任自负。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九、询及申诉渠道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考生对复试过程及成绩有异议的，可向学院招生工作委员会提出申诉。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申诉电话：0373-4402882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学校申诉渠道：0373-3029443（纪委）、0373-3029444（研究生学院）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第一临床学院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2025年10月8日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