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华中农业大学园艺林学学院2025年推荐免试研究生资格名单公示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华中农业大学园艺林学学院2025年推荐免试研究生资格名单公示，公示时间为2025年9月10日至2025年9月12日，共计3天。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公示文件为附件《2025年华中农业大学园艺林学学院推荐免试研究生资格汇总表.xlsx》，网页正文未直接列出具体人数及分专业明细。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网页正文未明确列出涵盖专业数量及名称，需查阅附件汇总表获取。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网页正文未说明排名或评分方式。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公示时间为2025年9月10日至2025年9月12日，共计3天。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公示期内如有异议，可拨打电话027-87282010或发送邮件至学院邮箱（院长信箱）yly@mail.hzau.edu.cn反映。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公示文件以附件形式提供，附件已下载次数未明确。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学院地址为湖北省武汉市洪山区狮子山街1号。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