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北华大学外国语学院2026届优秀应届本科生推免拟推荐名单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北华大学外国语学院2026届优秀应届本科生推免拟推荐名单已公示。根据网页正文，拟推荐名单总计1人，正文未公示具体专业明细，也未公示各专业总人数、GPA及加分项明细。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网页正文未公示具体人数，仅说明为拟推荐学生名单。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网页正文未公示具体专业明细。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按综合评价成绩排名。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经学生自主申报、学院专家组考核、学校相关职能部门认定等程序确定拟推荐名单。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网页正文未公示各专业总人数、GPA及加分项明细。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公示时间为2025年9月4日至9月8日，共计5天。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公示期内如有问题，可拨打电话13844654275或发送邮件至1187677115@QQ.com向学院反映。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