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附件：信息管理学院2025届本科毕业生免试攻读研究生学位拟推荐名单(1)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信息管理学院2025届本科毕业生免试攻读研究生学位拟推荐名单，共涉及3个专业，合计23人。其中拟推荐18人，候补5人。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图书馆学：拟推荐5人，候补2人，合计7人。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档案学：拟推荐5人，候补2人，合计7人。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信息管理与信息系统：拟推荐8人，候补1人，合计9人。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三、拟推荐名单表格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叶瑶瑶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谭卓熙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魏诗宜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图书馆学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樊雨欣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21302353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岳小琳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陈熙颖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钟葆桐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21302324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骆美君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档案学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赵可盈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20341084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刘荣钰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20319104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张栩铮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谭成剑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21302143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张雯昕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21302205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朱千慧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祝亚栋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21302001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兰子欣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20326042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唐培聪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21302345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梁汉林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21302265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信息管理与信息系统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21302301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陈漪萌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本名单为信息管理学院2025届本科毕业生免试攻读研究生学位拟推荐名单。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名单中备注分为“拟推荐”和“候补”两类。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原附件未提供排名或评分方式、公示期信息。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