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化学与化工学院（硅业学院）2026届推荐免试攻读硕士研究生名单公示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发布日期：2025年9月8日</w:t>
      </w:r>
    </w:p>
    <w:p>
      <w:pPr>
        <w:spacing w:after="80" w:lineRule="auto" w:line="360"/>
        <w:ind w:firstLine="482"/>
        <w:jc w:val="both"/>
      </w:pPr>
      <w:r>
        <w:rPr>
          <w:rFonts w:ascii="Times New Roman" w:hAnsi="Times New Roman" w:eastAsia="宋体"/>
          <w:b w:val="0"/>
          <w:sz w:val="24"/>
        </w:rPr>
        <w:t>1. 根据《内蒙古科技大学关于推荐2026届优秀应届本科毕业生免试攻读硕士学位研究生工作的实施方案》和《化学与化工学院（硅业学院）推荐2026届免试攻读硕士研究生实施细则》开展推免工作。</w:t>
      </w:r>
    </w:p>
    <w:p>
      <w:pPr>
        <w:spacing w:after="80" w:lineRule="auto" w:line="360"/>
        <w:ind w:firstLine="482"/>
        <w:jc w:val="both"/>
      </w:pPr>
      <w:r>
        <w:rPr>
          <w:rFonts w:ascii="Times New Roman" w:hAnsi="Times New Roman" w:eastAsia="宋体"/>
          <w:b w:val="0"/>
          <w:sz w:val="24"/>
        </w:rPr>
        <w:t>2. 经学生个人申请，学院推免生遴选工作小组审议，确定拟获推免资格学生名单。</w:t>
      </w:r>
    </w:p>
    <w:p>
      <w:pPr>
        <w:spacing w:before="160" w:after="80" w:lineRule="auto" w:line="360"/>
        <w:jc w:val="left"/>
      </w:pPr>
      <w:r>
        <w:rPr>
          <w:rFonts w:ascii="Times New Roman" w:hAnsi="Times New Roman" w:eastAsia="宋体"/>
          <w:b/>
          <w:sz w:val="28"/>
        </w:rPr>
        <w:t>二、公示内容与时间</w:t>
      </w:r>
    </w:p>
    <w:p>
      <w:pPr>
        <w:spacing w:after="80" w:lineRule="auto" w:line="360"/>
        <w:ind w:firstLine="482"/>
        <w:jc w:val="both"/>
      </w:pPr>
      <w:r>
        <w:rPr>
          <w:rFonts w:ascii="Times New Roman" w:hAnsi="Times New Roman" w:eastAsia="宋体"/>
          <w:b w:val="0"/>
          <w:sz w:val="24"/>
        </w:rPr>
        <w:t>1. 公示对象：拟获优秀应届本科毕业生免试攻读硕士学位研究生推免资格的学生名单。</w:t>
      </w:r>
    </w:p>
    <w:p>
      <w:pPr>
        <w:spacing w:after="80" w:lineRule="auto" w:line="360"/>
        <w:ind w:firstLine="482"/>
        <w:jc w:val="both"/>
      </w:pPr>
      <w:r>
        <w:rPr>
          <w:rFonts w:ascii="Times New Roman" w:hAnsi="Times New Roman" w:eastAsia="宋体"/>
          <w:b w:val="0"/>
          <w:sz w:val="24"/>
        </w:rPr>
        <w:t>2. 公示期：2025年9月8日至9月10日，共三天。</w:t>
      </w:r>
    </w:p>
    <w:p>
      <w:pPr>
        <w:spacing w:before="160" w:after="80" w:lineRule="auto" w:line="360"/>
        <w:jc w:val="left"/>
      </w:pPr>
      <w:r>
        <w:rPr>
          <w:rFonts w:ascii="Times New Roman" w:hAnsi="Times New Roman" w:eastAsia="宋体"/>
          <w:b/>
          <w:sz w:val="28"/>
        </w:rPr>
        <w:t>三、异议反馈方式</w:t>
      </w:r>
    </w:p>
    <w:p>
      <w:pPr>
        <w:spacing w:after="80" w:lineRule="auto" w:line="360"/>
        <w:ind w:firstLine="482"/>
        <w:jc w:val="both"/>
      </w:pPr>
      <w:r>
        <w:rPr>
          <w:rFonts w:ascii="Times New Roman" w:hAnsi="Times New Roman" w:eastAsia="宋体"/>
          <w:b w:val="0"/>
          <w:sz w:val="24"/>
        </w:rPr>
        <w:t>1. 公示期内如有异议，须以书面形式实名向学院推免生遴选工作小组反映。</w:t>
      </w:r>
    </w:p>
    <w:p>
      <w:pPr>
        <w:spacing w:after="80" w:lineRule="auto" w:line="360"/>
        <w:ind w:firstLine="482"/>
        <w:jc w:val="both"/>
      </w:pPr>
      <w:r>
        <w:rPr>
          <w:rFonts w:ascii="Times New Roman" w:hAnsi="Times New Roman" w:eastAsia="宋体"/>
          <w:b w:val="0"/>
          <w:sz w:val="24"/>
        </w:rPr>
        <w:t>2. 联系电话：0472-5951561</w:t>
      </w:r>
    </w:p>
    <w:p>
      <w:pPr>
        <w:spacing w:after="80" w:lineRule="auto" w:line="360"/>
        <w:ind w:firstLine="482"/>
        <w:jc w:val="both"/>
      </w:pPr>
      <w:r>
        <w:rPr>
          <w:rFonts w:ascii="Times New Roman" w:hAnsi="Times New Roman" w:eastAsia="宋体"/>
          <w:b w:val="0"/>
          <w:sz w:val="24"/>
        </w:rPr>
        <w:t>3. 邮箱：hgxyjxb@imust.edu.cn</w:t>
      </w:r>
    </w:p>
    <w:p>
      <w:pPr>
        <w:spacing w:after="80" w:lineRule="auto" w:line="360"/>
        <w:ind w:firstLine="482"/>
        <w:jc w:val="both"/>
      </w:pPr>
      <w:r>
        <w:rPr>
          <w:rFonts w:ascii="Times New Roman" w:hAnsi="Times New Roman" w:eastAsia="宋体"/>
          <w:b w:val="0"/>
          <w:sz w:val="24"/>
        </w:rPr>
        <w:t>4. 联系地址：逸夫楼E208</w:t>
      </w:r>
    </w:p>
    <w:p>
      <w:pPr>
        <w:spacing w:after="80" w:lineRule="auto" w:line="360"/>
        <w:ind w:firstLine="482"/>
        <w:jc w:val="both"/>
      </w:pPr>
      <w:r>
        <w:rPr>
          <w:rFonts w:ascii="Times New Roman" w:hAnsi="Times New Roman" w:eastAsia="宋体"/>
          <w:b w:val="0"/>
          <w:sz w:val="24"/>
        </w:rPr>
        <w:t>本通知为推免资格名单公示，不涉及预推免或正式推免流程。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