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after="80" w:lineRule="auto" w:line="360"/>
        <w:ind w:firstLine="482"/>
        <w:jc w:val="both"/>
      </w:pPr>
      <w:r>
        <w:rPr>
          <w:rFonts w:ascii="Times New Roman" w:hAnsi="Times New Roman" w:eastAsia="宋体"/>
          <w:b w:val="0"/>
          <w:sz w:val="24"/>
        </w:rPr>
        <w:t>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一、承诺人基本信息</w:t>
      </w:r>
    </w:p>
    <w:p>
      <w:pPr>
        <w:spacing w:after="80" w:lineRule="auto" w:line="360"/>
        <w:ind w:firstLine="482"/>
        <w:jc w:val="both"/>
      </w:pPr>
      <w:r>
        <w:rPr>
          <w:rFonts w:ascii="Times New Roman" w:hAnsi="Times New Roman" w:eastAsia="宋体"/>
          <w:b w:val="0"/>
          <w:sz w:val="24"/>
        </w:rPr>
        <w:t>本人为__________________学院学生，学号________________，现申请________年免试攻读硕士学位研究生。</w:t>
      </w:r>
    </w:p>
    <w:p>
      <w:pPr>
        <w:spacing w:before="160" w:after="80" w:lineRule="auto" w:line="360"/>
        <w:jc w:val="left"/>
      </w:pPr>
      <w:r>
        <w:rPr>
          <w:rFonts w:ascii="Times New Roman" w:hAnsi="Times New Roman" w:eastAsia="宋体"/>
          <w:b/>
          <w:sz w:val="28"/>
        </w:rPr>
        <w:t>二、承诺内容</w:t>
      </w:r>
    </w:p>
    <w:p>
      <w:pPr>
        <w:spacing w:after="80" w:lineRule="auto" w:line="360"/>
        <w:ind w:firstLine="482"/>
        <w:jc w:val="both"/>
      </w:pPr>
      <w:r>
        <w:rPr>
          <w:rFonts w:ascii="Times New Roman" w:hAnsi="Times New Roman" w:eastAsia="宋体"/>
          <w:b w:val="0"/>
          <w:sz w:val="24"/>
        </w:rPr>
        <w:t>本人阅读并理解《杭州师范大学关于推荐优秀应届本科毕业生免试攻读研究生工作实施办法》（杭师大学〔2022〕36号）中的有关规定，并承诺如下：</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三、签署</w:t>
      </w:r>
    </w:p>
    <w:p>
      <w:pPr>
        <w:spacing w:after="80" w:lineRule="auto" w:line="360"/>
        <w:ind w:firstLine="482"/>
        <w:jc w:val="both"/>
      </w:pPr>
      <w:r>
        <w:rPr>
          <w:rFonts w:ascii="Times New Roman" w:hAnsi="Times New Roman" w:eastAsia="宋体"/>
          <w:b w:val="0"/>
          <w:sz w:val="24"/>
        </w:rPr>
        <w:t>承诺人（签名）：__________________</w:t>
      </w:r>
    </w:p>
    <w:p>
      <w:pPr>
        <w:spacing w:after="80" w:lineRule="auto" w:line="360"/>
        <w:ind w:firstLine="482"/>
        <w:jc w:val="both"/>
      </w:pPr>
      <w:r>
        <w:rPr>
          <w:rFonts w:ascii="Times New Roman" w:hAnsi="Times New Roman" w:eastAsia="宋体"/>
          <w:b w:val="0"/>
          <w:sz w:val="24"/>
        </w:rPr>
        <w:t>________年________月________日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