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北京理工大学法学院2025年“智慧法治人才培养”暑期夏令营参营营员名单公示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本公示为北京理工大学法学院2025年“智慧法治人才培养”暑期夏令营参营营员名单。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名单共包含45名参营营员，具体信息如下（按序号排列）：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毛佳宁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20252203995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周晓灿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20252201070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20252201158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高阳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20252201191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孙正熠瑶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20252201237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秦思圆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20252201248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李霄敏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20252201252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周季莹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20252201312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陈卓尔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20252201320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张馨月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20252201392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刘鑫萌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20252201488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刘玥彤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20252201579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孙可心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20252201662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孙璐菡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20252201671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20252201702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张婧妍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20252202280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薛泽雨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20252202413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王珂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20252202542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刘禹辰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20252202557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林士钰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20252202560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王一帆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20252202619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张伊晨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20252202713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俞乐彤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20252202856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20252202892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刘涵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20252202917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刘欣玥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20252203003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孙博洋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20252203427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李兆然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20252203542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李玥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20252203674</w:t>
            </w:r>
          </w:p>
        </w:tc>
      </w:tr>
      <w:tr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胡千虹</w:t>
            </w:r>
          </w:p>
        </w:tc>
        <w:tc>
          <w:tcPr>
            <w:tcW w:type="dxa" w:w="287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20252203866</w:t>
            </w:r>
          </w:p>
        </w:tc>
      </w:tr>
    </w:tbl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注：名单中第31至45号信息因网页内容截断未完整显示，仅列出前30名及部分后续信息。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公示来源：北京理工大学法学院官网通知公告栏目。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公示时间：2025年7月15日。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联系方式：如需咨询，请联系法学院。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