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华中师范大学历史文化学院2025年优秀大学生夏令营入围名单公示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师范大学历史文化学院2025年优秀大学生夏令营入围名单公示。历史文化学院2025年优秀大学生夏令营，经学院各专业组认真遴选、审核，现已确定入围名单（名单见附件1）。请所有入围同学尽快实名制加入QQ群：782284844。备注方式：首选专报名专业+姓名+所在高校。具体安排和要求通知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发布日期：2025年6月23日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一、报到时间和地点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时间：6月30日下午14：30-18：30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地点：华中师范大学桂苑宾馆一楼大堂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路线：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从机场、汉口火车站：乘坐地铁2号线在“广埠屯”站下车A口出站，到达华中师范大学北门，乘坐校车（往东门方向）坐到“桂苑宾馆”即到。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从武昌火车站、武汉火车站乘坐地铁4号线在“中南路”站换成2号线，在“广埠屯”站下车，A口出站，到达华中师范大学北门，乘坐校车（往东门方向）坐到“桂苑宾馆”即到。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要求：请携带本人身份证和学生证来报到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二、夏令营活动安排（见附件2）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三、其他事项及纪律要求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开营期间，我院为参营学员提供食宿（本校学生只提供餐食，住宿自理），并购买人身意外伤害保险。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参营学员按照统一安排全程参加各项活动，并注意安全，严格遵守夏令营纪律要求，听从指挥，不得擅自离开学校。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历史文化学院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2025年6月23日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