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大连理工大学商学院2026年推荐优秀应届本科毕业生免试攻读研究生综合成绩排序方法</w:t>
      </w:r>
    </w:p>
    <w:p>
      <w:r>
        <w:t>﻿</w:t>
      </w:r>
    </w:p>
    <w:p>
      <w:r>
        <w:t>English</w:t>
      </w:r>
    </w:p>
    <w:p>
      <w:r>
        <w:t>学院风貌</w:t>
      </w:r>
    </w:p>
    <w:p>
      <w:r>
        <w:t>学院文化</w:t>
      </w:r>
    </w:p>
    <w:p>
      <w:r>
        <w:t>机构设置</w:t>
      </w:r>
    </w:p>
    <w:p>
      <w:r>
        <w:t>服务部门</w:t>
      </w:r>
    </w:p>
    <w:p>
      <w:r>
        <w:t>学院委员会</w:t>
      </w:r>
    </w:p>
    <w:p>
      <w:r>
        <w:t>学术报告</w:t>
      </w:r>
    </w:p>
    <w:p>
      <w:r>
        <w:t>科研成果</w:t>
      </w:r>
    </w:p>
    <w:p>
      <w:r>
        <w:t>实验室建设</w:t>
      </w:r>
    </w:p>
    <w:p>
      <w:r>
        <w:t>教学管理</w:t>
      </w:r>
    </w:p>
    <w:p>
      <w:r>
        <w:t>教育管理</w:t>
      </w:r>
    </w:p>
    <w:p>
      <w:r>
        <w:t>党团建设</w:t>
      </w:r>
    </w:p>
    <w:p>
      <w:r>
        <w:t>党建园地</w:t>
      </w:r>
    </w:p>
    <w:p>
      <w:r>
        <w:t>党务公开</w:t>
      </w:r>
    </w:p>
    <w:p>
      <w:r>
        <w:t>工会之家</w:t>
      </w:r>
    </w:p>
    <w:p>
      <w:r>
        <w:t>共青团工作</w:t>
      </w:r>
    </w:p>
    <w:p>
      <w:r>
        <w:t>学生工作</w:t>
      </w:r>
    </w:p>
    <w:p>
      <w:r>
        <w:t>学工队伍</w:t>
      </w:r>
    </w:p>
    <w:p>
      <w:r>
        <w:t>学生组织</w:t>
      </w:r>
    </w:p>
    <w:p>
      <w:r>
        <w:t>学工通知</w:t>
      </w:r>
    </w:p>
    <w:p>
      <w:r>
        <w:t>咨询服务</w:t>
      </w:r>
    </w:p>
    <w:p>
      <w:r>
        <w:t>榜样力量</w:t>
      </w:r>
    </w:p>
    <w:p>
      <w:r>
        <w:t>多彩青春</w:t>
      </w:r>
    </w:p>
    <w:p>
      <w:r>
        <w:t>本科生招生</w:t>
      </w:r>
    </w:p>
    <w:p>
      <w:r>
        <w:t>研究生招生</w:t>
      </w:r>
    </w:p>
    <w:p>
      <w:r>
        <w:t>学生就业</w:t>
      </w:r>
    </w:p>
    <w:p>
      <w:r>
        <w:t>国际交流</w:t>
      </w:r>
    </w:p>
    <w:p>
      <w:r>
        <w:t>交流项目</w:t>
      </w:r>
    </w:p>
    <w:p>
      <w:r>
        <w:t>出国公示</w:t>
      </w:r>
    </w:p>
    <w:p>
      <w:r>
        <w:t>学术会议</w:t>
      </w:r>
    </w:p>
    <w:p>
      <w:r>
        <w:t>办事指南</w:t>
      </w:r>
    </w:p>
    <w:p>
      <w:r>
        <w:t>办事指南</w:t>
      </w:r>
    </w:p>
    <w:p>
      <w:r>
        <w:t>资料下载</w:t>
      </w:r>
    </w:p>
    <w:p>
      <w:r>
        <w:t>当前位置:</w:t>
      </w:r>
    </w:p>
    <w:p>
      <w:r>
        <w:t>通知公告</w:t>
      </w:r>
    </w:p>
    <w:p>
      <w:r>
        <w:t>教务通知</w:t>
      </w:r>
    </w:p>
    <w:p>
      <w:r>
        <w:t>正文</w:t>
      </w:r>
    </w:p>
    <w:p>
      <w:r>
        <w:t>通知公告</w:t>
      </w:r>
    </w:p>
    <w:p>
      <w:r>
        <w:t>院务通知</w:t>
      </w:r>
    </w:p>
    <w:p>
      <w:r>
        <w:t>党务通知</w:t>
      </w:r>
    </w:p>
    <w:p>
      <w:r>
        <w:t>教务通知</w:t>
      </w:r>
    </w:p>
    <w:p>
      <w:r>
        <w:t>人才招聘</w:t>
      </w:r>
    </w:p>
    <w:p>
      <w:r>
        <w:t>大连理工大学商学院2026年推荐优秀应届本科毕业生免试攻读研究生综合成绩排序方法</w:t>
      </w:r>
    </w:p>
    <w:p>
      <w:r>
        <w:t>2025-09-09 点击：[ ]</w:t>
      </w:r>
    </w:p>
    <w:p>
      <w:r>
        <w:t>根据《大连理工大学推荐优秀应届本科毕业生免试攻读研究生工作实施办法》的文件规定，现公布商学院推荐优秀应届本科毕业生免试攻读研究生综合成绩排序方法。</w:t>
      </w:r>
    </w:p>
    <w:p>
      <w:r>
        <w:t>见附件。</w:t>
      </w:r>
    </w:p>
    <w:p>
      <w:r>
        <w:t>附件【大连理工大学商学院2026年推荐优秀应届本科毕业生免试攻读研究生综合成绩排序方法.pdf】已下载 次</w:t>
      </w:r>
    </w:p>
    <w:p>
      <w:r>
        <w:t>地址：辽宁省盘锦市辽东湾新区大工路2号 邮编：124221 电话：0427-2631279 版权所有：大连理工大学商学院 技术支持：集群智慧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