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化学工程与技术学院2026届本科毕业生免试攻读研究生学位推荐资格综合成绩排名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GPA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(必修+专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选）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GPA专业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内排名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学术专长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加分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学术专长加分原因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综合成绩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（百分制）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综合成绩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排名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22322064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4.23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092.27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22322014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4.15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0.01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2024 年第八届中国大学生Chem-E-Car竞赛国家级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二等奖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091.63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22322019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4.05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090.53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22322100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4.04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0.01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2024 年第八届中国大学生Chem-E-Car竞赛国家级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二等奖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090.49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22322032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4.04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090.40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22322059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3.98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089.77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22322101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3.92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089.20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22322047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3.73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0.1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2025年“天正设计杯”第十九届全国大学生化工设计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竞赛全国总决赛特等奖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088.28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22322006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3.69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2025年“天正设计杯”第十九届全国大学生化工设计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竞赛全国总决赛特等奖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087.92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9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22322023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3.69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17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2025年“天正设计杯”第十九届全国大学生化工设计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竞赛全国总决赛特等奖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087.91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22322010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3.77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087.73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22322015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3.77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087.67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12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22322090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3.76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11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087.60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22322026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3.74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087.42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22322025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3.72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087.18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15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22322052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3.69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15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086.94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22322066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3.69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086.87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22322007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3.68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086.83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18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22322108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3.67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086.72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22322028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3.66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0.01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2024 年第八届中国大学生Chem-E-Car竞赛国家级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二等奖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086.71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22322072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3.65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0.01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2024 年第八届中国大学生Chem-E-Car竞赛国家级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二等奖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086.57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21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22322046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3.61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23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086.14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22322049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3.51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0.1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2025年“天正设计杯”第十九届全国大学生化工设计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竞赛全国总决赛特等奖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086.12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22322070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3.59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0.01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2024 年第八届中国大学生Chem-E-Car竞赛国家级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二等奖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085.98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24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22322011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3.58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25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085.85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25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22322060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3.54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085.35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26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22322029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3.4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0.1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2025年“天正设计杯”第十九届全国大学生化工设计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竞赛全国总决赛特等奖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085.03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27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22322038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3.5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084.99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22322088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3.48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084.81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29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22322092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3.39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40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083.93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30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22322031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3.38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41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083.77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31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中山大学化学工程与技术学院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2026届本科毕业生免试攻读研究生学位推荐资格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综合成绩排名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</w:tbl>
    <w:p/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