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地理科学与旅游学院关于2026年接收优秀应届本科毕业生推荐免试硕士研究生复试成绩公示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根据《新疆师范大学2026年接收优秀应届本科毕业生免试攻读硕士学位研究生工作办法》及《地理科学与旅游学院关于2026年接收优秀应届本科毕业生免试攻读硕士学位研究生复试实施方案》组织本次复试。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地理科学与旅游学院于2025年9月29日组织了推荐免试硕士研究生的复试。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现将复试成绩予以公布，具体成绩详见附件《附件3：新疆师范大学2026年推免生接收复试成绩汇总表.xls》。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如有问题，请联系阿里木江·卡斯木、范文浩，联系电话：0991-7799230。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学院党委书记信箱：wyhsd_3011@163.com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学院党委副书记、纪委书记信箱：415724413@qq.com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