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中央财经大学硕士招生（双证）通知列表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中央财经大学已启动接收2027年推免生（含直博生）工作，各学院通知汇总已发布。报名时间原定截止后已延长，最新报名截止时间为2026年9月6日中午12:00。相关通知包括：关于开展中央财经大学接收2027年推免生（含直博生）工作的通知、关于延长报名时间至9月6日的通知、各学院接收2027年推免生（含直博生）工作的通知汇总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发布日期：2026年9月6日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一、2027年推免生（含直博生）接收工作通知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中央财经大学已启动接收2027年推免生（含直博生）工作，各学院通知汇总已发布。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报名时间原定截止后已延长，最新报名截止时间为2026年9月6日中午12:00。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相关通知包括：关于开展中央财经大学接收2027年推免生（含直博生）工作的通知、关于延长报名时间至9月6日的通知、各学院接收2027年推免生（含直博生）工作的通知汇总。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二、其他硕士招生相关通知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2026年硕士和博士研究生新生入学须知已发布（2026年7月17日）。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2026年硕博研究生新生录取通知书邮寄单号已公布（2026年7月16日）。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2026级硕士研究生录取通知书接收信息确认通知已发布（2026年7月7日）。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2026年硕士研究生新生录取通知书信息登记、健康状态申报、档案、党团组织关系等事项通知已发布（2026年5月21日）。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2025-2026学年春季学期出售历年自命题试题工作通知已发布（2026年5月8日）。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地址：北京市海淀区学院南路39号办公楼三层，邮编：100081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相关招生咨询事宜通知发布于2021年10月8日，具体联系方式详见研究生院官网。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（本通知为招生信息列表页，具体推免接收条件、申请流程、材料清单及接收名额等详见各单项通知原文）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