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电子信息工程学院2026年接收推荐免试硕士研究生复试安排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复试专业：控制科学与工程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复试时间：2025年9月25日下午16:00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使用“研招网招生远程面试系统”为主平台进行线上复试，复试全程录音录像。请参加复试的考生于复试当天上午10点前将“诚信复试承诺书”本人签字发到邮箱hbudianxin@163.com.请提前30分钟登陆指定平台进行网络远程报到。如因突发状况或不可抗力等原因复试时间变动另行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严格遵从网络远程复试平台的入场、离场、打开视频等指令。复试全过程，考生不得使用任何类型的耳机。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考生复试过程中统一设置“双机位”。“机位一”位于考生正前方，考生应将双耳、双手露出，使复试考官能够清晰看到考生头部、手部情况；“机位二”位于考生侧后方，能够展示考生所处周边环境。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考生所处复试环境应为密闭单独空间，光线充足，安静整洁，复试全过程其他人员不得进入。复试期间视频背景必须是真实环境，不允许使用虚拟背景、更换视频背景。不允许采用任何方式变声、更改人像。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考生音频视频必须全程开启，面试时全程正面免冠注视摄像头，视线不得离开，保证头肩部及双手出现在视频画面中。不得佩戴口罩，保证面部清晰可见，头发不可遮挡耳朵，不得戴耳饰。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复试期间考生不得录屏录像录音，不得以任何方式泄露复试有关内容。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相关资料：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1、河北大学2026年接收优秀应届本科毕业生免试攻读研究生（含直博生）工作办法https://yjsy.hbu.edu.cn/info/1159/4046.htm；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2、电子信息工程学院2026年接收优秀应届本科毕业生免试攻读硕士研究生实施细则https://ceie.hbu.cn/info/1103/5106.htm。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