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after="80" w:lineRule="auto" w:line="360"/>
        <w:ind w:firstLine="482"/>
        <w:jc w:val="both"/>
      </w:pPr>
      <w:r>
        <w:rPr>
          <w:rFonts w:ascii="Times New Roman" w:hAnsi="Times New Roman" w:eastAsia="宋体"/>
          <w:b w:val="0"/>
          <w:sz w:val="24"/>
        </w:rPr>
        <w:t>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一、承诺人信息</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w:t>
      </w:r>
    </w:p>
    <w:p>
      <w:pPr>
        <w:spacing w:before="160" w:after="80" w:lineRule="auto" w:line="360"/>
        <w:jc w:val="left"/>
      </w:pPr>
      <w:r>
        <w:rPr>
          <w:rFonts w:ascii="Times New Roman" w:hAnsi="Times New Roman" w:eastAsia="宋体"/>
          <w:b/>
          <w:sz w:val="28"/>
        </w:rPr>
        <w:t>二、承诺内容</w:t>
      </w:r>
    </w:p>
    <w:p>
      <w:pPr>
        <w:spacing w:after="80" w:lineRule="auto" w:line="360"/>
        <w:ind w:firstLine="482"/>
        <w:jc w:val="both"/>
      </w:pPr>
      <w:r>
        <w:rPr>
          <w:rFonts w:ascii="Times New Roman" w:hAnsi="Times New Roman" w:eastAsia="宋体"/>
          <w:b w:val="0"/>
          <w:sz w:val="24"/>
        </w:rPr>
        <w:t>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w:t>
      </w:r>
    </w:p>
    <w:p>
      <w:pPr>
        <w:spacing w:after="80" w:lineRule="auto" w:line="360"/>
        <w:ind w:firstLine="482"/>
        <w:jc w:val="both"/>
      </w:pPr>
      <w:r>
        <w:rPr>
          <w:rFonts w:ascii="Times New Roman" w:hAnsi="Times New Roman" w:eastAsia="宋体"/>
          <w:b w:val="0"/>
          <w:sz w:val="24"/>
        </w:rPr>
        <w:t>承诺人（签名）：</w:t>
      </w:r>
    </w:p>
    <w:p>
      <w:pPr>
        <w:spacing w:after="80" w:lineRule="auto" w:line="360"/>
        <w:ind w:firstLine="482"/>
        <w:jc w:val="both"/>
      </w:pPr>
      <w:r>
        <w:rPr>
          <w:rFonts w:ascii="Times New Roman" w:hAnsi="Times New Roman" w:eastAsia="宋体"/>
          <w:b w:val="0"/>
          <w:sz w:val="24"/>
        </w:rPr>
        <w:t>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