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交通科学与工程学院2025年推荐优秀应届本科毕业生免试攻读研究生工作实施方案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交通科学与工程学院2025年推荐优秀应届本科毕业生免试攻读研究生工作实施方案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适应教育部关于推荐优秀应届本科毕业生免试攻读研究生（以下简称推免生）工作的要求，根据学校《关于做好2025年推荐优秀应届本科毕业生免试攻读研究生工作的通知》和《推荐优秀应届本科毕业生免试攻读研究生工作管理办法》的要求，结合交通科学与工程学院的实际情况，制定本实施方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按学校《关于做好2025年推荐优秀应届本科毕业生免试攻读研究生工作的通知》、《推荐优秀应届本科毕业生免试攻读研究生工作管理办法》和《推免生名额分配计划》执行；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学生自主申报、公开选拔；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分为4个专业平台进行评价和遴选，4个专业平台分别为：1）车辆工程；2）交通运输；3）飞行器适航技术；4）土木工程。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学院成立推免生工作领导小组，负责制定学院推免生工作管理办法，确定并公布推免生名单，研究决定推免生工作过程中的重要事项。名单如下：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 长：党委书记 院长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副组长：本科教学副院长 副书记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 员：科研副院长 研究生教学副院长 交通运输系系主任 汽车工程系系主任 飞行器适航技术系系主任 智能交通基础设施系系主任 实验中心主任 院党政办公室主任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秘 书：本科教学秘书 本级本科辅导员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三、推免生名额分配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对学校下发的推免生名额分配计划中的“计算名额”，在4个平台间按应届本科毕业生占比分配，小数原则上按四舍五入处理。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四、推免生推荐资格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推免生需符合以下必要条件：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纳入国家普通本科招生计划录取的应届毕业生(不含专升本、第二学士学位、独立学院学生)；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具有高尚的爱国主义情操和集体主义精神，社会主义信念坚定，社会责任感强，遵纪守法，积极向上，身心健康，德智体美劳全面均衡发展；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勤奋学习，刻苦钻研，成绩优秀；学术研究兴趣浓厚，有较强的创新意识、创新能力和专业能力倾向；GPA在各专业平台排名为前50%；截止公布之日，未通过考核的课程不超过1门；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品行表现优良，无任何违法违纪受处分记录（在处分期内）。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五、推免生评价体系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思想和学术道德评价参照第四条；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学习能力和专业能力评价以分平台排名次序为准，分4个平台分别排名。排名方式为：依照学校教务系统公布的大学前三学年全部课程（一般通识课除外）正考成绩计算得到的GPA。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通过其他途径保研学生，按照其相关规定执行。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六、推免程序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工作领导小组进行推免名额分配；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公布各平台排名符合第四条推荐资格的学生学习成绩和排名情况；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学院学生工作办公室和本科教务按第四条规定认定推荐资格；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各平台按学生排名顺序从前至后依次确定初选名单，如学生放弃推免名额，则递交《放弃各类免试推荐名额的保证书》；如某平台公布的所有学生自主选择后，仍有剩余名额，则剩余名额由推免生工作领导小组讨论决定，获得推免生资格的学生签署《承诺书》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推免生工作领导小组审核名单，盖章后报学校推免生工作领导小组审定；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将审定通过的名单在学院网站进行公示，对有异议的学生，学院查明情况，公布处理结果。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本方案由交通科学与工程学院推免生工作领导小组负责解释，未尽事宜由交通科学与工程学院推免生工作领导小组讨论决定。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申请者对于本方案各项规定、免试工作各项工作环节及其结果有异议，可以向本院提请申诉。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申诉渠道：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学院本科教务地址：北航北校区国实A404；本科教务秘书电话：61716619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学院学生工作办公室联系电话：61716620 联系人：吴辰浩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交通科学与工程学院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