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上海中医药大学2025年推免硕士研究生拟录取名单公示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上海中医药大学2025年推免硕士研究生拟录取名单公示，发布日期为2025年10月30日。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分学院明细：中西医结合学院7人。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中西医结合基础。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中西医结合康复学。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共2个专业。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按复试成绩评定。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复试成绩范围为436-460分。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未公示各专业总人数及排名方式。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拟录取学生来自南方医科大学、西南医科大学、上海中医药大学等高校。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