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2026年北京外国语大学专用英语学院推免考试准考名单公示</w:t>
      </w:r>
    </w:p>
    <w:p>
      <w:r>
        <w:t>﻿</w:t>
      </w:r>
    </w:p>
    <w:p>
      <w:r>
        <w:t>中文</w:t>
      </w:r>
    </w:p>
    <w:p>
      <w:r>
        <w:t>English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