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附件4 海南大学外国语学院正式推免名单汇总表。学院名称：（公章）。填表日期：2025年9月9日。学院联系人：洪雯雅。移动电话：13976920639。学院推免工作小组组长签字：空白。注：请按综合成绩由高至低排序。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一、俄语专业正式推免名单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列示俄语专业推免学生共5人，按综合成绩由高至低排序。评价字段包括：CET4成绩、CET6成绩、俄语专业四级成绩、是否有违纪违法记录、是否有重修重考记录、平均绩点（P0）、加分（T）、综合成绩（P0+T）、综合排名（N）、专业人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CET4成绩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CET6成绩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俄语专业四级成绩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是否有违纪违法记录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是否有重修重考记录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平均绩点（P0）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加分（T）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综合成绩（P0+T）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综合排名（N）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郭子萌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20223004304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黄佳奕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20223004336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刘润歌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20223004314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熊佳君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20223004319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丁一珊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20223004309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3.63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二、日语专业正式推免名单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列示日语专业推免学生共8人，按综合成绩由高至低排序。评价字段包括：CET4成绩、CET6成绩、日语N1成绩、是否有违纪违法记录、是否有重修重考记录、平均绩点（P0）、加分（T）、综合成绩（P0+T）、综合排名（N）、专业人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CET4成绩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CET6成绩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日语N1成绩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是否有违纪违法记录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是否有重修重考记录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平均绩点（P0）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加分（T）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综合成绩（P0+T）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综合排名（N）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陈莹贞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20223004204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王逸斐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20223004267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吴婷婷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20223004251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尚静怡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20223004239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魏倩雯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20223004247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王梦寒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20223004263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曹睿祺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20223004221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郭舒涵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20223004254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565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76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三、英语专业正式推免名单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列示英语专业推免学生共21人，按综合成绩由高至低排序。评价字段包括：CET4成绩、CET6成绩、英语专业四级成绩、是否有违纪违法记录、是否有重修重考记录、平均绩点（P0）、加分（T）、综合成绩（P0+T）、综合排名（N）、专业人数、备注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CET4成绩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CET6成绩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英语专业四级成绩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是否有违纪违法记录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是否有重修重考记录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平均绩点（P0）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加分（T）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综合成绩（P0+T）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综合排名（N）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专业人数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徐钿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20223004034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20223004182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周鑫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王怡欣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20223004139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向耘逸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20223004045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郑子仪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20223004049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林戴吉元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20223004044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孙航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20223004166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20223004098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陈予诺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20223004192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简宇桢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20223004019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王晔清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胡扬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20223004090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黄子豪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20223007704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王思怡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20223004077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周思源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有（非必修）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卢安妮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20223004074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3.76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0.13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张钰钒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胡一凡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20223004114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黄子腾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20223003828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0.05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高阳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20191881310334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561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3.74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540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退伍生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