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备注120263300295006卫生经济管理学院120400公共管理学01卫生政策与管理刘*晴89考核通过220263301076006卫生经济管理学院120400公共管理学01卫生政策与管理范*88.6考核通过320263300038006卫生经济管理学院120400公共管理学01卫生政策与管理李*虹86.8考核通过420263300626006卫生经济管理学院120400公共管理学01卫生政策与管理李*85.6考核通过520263300931006卫生经济管理学院120400公共管理学01卫生政策与管理王*85考核通过620263300985006卫生经济管理学院120400公共管理学03数字公共治理徐*85考核通过720263300108006卫生经济管理学院120400公共管理学03数字公共治理陈*漫85考核通过820263301122006卫生经济管理学院120400公共管理学01卫生政策与管理阿**尼木·艾斯**江76.4考核通过920263300732006卫生经济管理学院120400公共管理学01卫生政策与管理韩*0缺考1020263300368006卫生经济管理学院120400公共管理学01卫生政策与管理陈*思0缺考1120263301142006卫生经济管理学院120400公共管理学01卫生政策与管理张*茹0缺考1220263300836006卫生经济管理学院120400公共管理学01卫生政策与管理贺*0缺考1320263300470006卫生经济管理学院120400公共管理学01卫生政策与管理孙*0缺考1420263300927006卫生经济管理学院120400公共管理学01卫生政策与管理张*娴0缺考1520263300872006卫生经济管理学院120400公共管理学01卫生政策与管理陈*欣0缺考1620263300813006卫生经济管理学院120400公共管理学01卫生政策与管理邓*0缺考1720263300703006卫生经济管理学院120400公共管理学01卫生政策与管理袁*曦0缺考1820263300709006卫生经济管理学院120400公共管理学02行政管理王*0缺考1920263300809006卫生经济管理学院120400公共管理学02行政管理陈*慧0缺考2020263300849006卫生经济管理学院120400公共管理学02行政管理吴*坚0缺考2120263301129006卫生经济管理学院120400公共管理学03数字公共治理卢*娜0缺考</w:t>
      </w:r>
    </w:p>
    <w:p>
      <w:pPr>
        <w:spacing w:before="160" w:after="80" w:lineRule="auto" w:line="360"/>
        <w:jc w:val="left"/>
      </w:pPr>
      <w:r>
        <w:rPr>
          <w:rFonts w:ascii="Times New Roman" w:hAnsi="Times New Roman" w:eastAsia="宋体"/>
          <w:b/>
          <w:sz w:val="28"/>
        </w:rPr>
        <w:t>一、考核结果概况</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表为预推免考核表，共涉及考生21人，其中考核通过8人，缺考13人。申请院系所均为卫生经济管理学院（院系所号006），申请专业均为公共管理学（专业代码120400）。考核通过考生复试总成绩区间为76.4至89分；缺考考生复试总成绩均为0分，考核结果为缺考。</w:t>
      </w:r>
    </w:p>
    <w:p>
      <w:pPr>
        <w:spacing w:before="160" w:after="80" w:lineRule="auto" w:line="360"/>
        <w:jc w:val="left"/>
      </w:pPr>
      <w:r>
        <w:rPr>
          <w:rFonts w:ascii="Times New Roman" w:hAnsi="Times New Roman" w:eastAsia="宋体"/>
          <w:b/>
          <w:sz w:val="28"/>
        </w:rPr>
        <w:t>二、分研究方向明细</w:t>
      </w:r>
    </w:p>
    <w:p>
      <w:pPr>
        <w:spacing w:after="80" w:lineRule="auto" w:line="360"/>
        <w:ind w:firstLine="482"/>
        <w:jc w:val="both"/>
      </w:pPr>
      <w:r>
        <w:rPr>
          <w:rFonts w:ascii="Times New Roman" w:hAnsi="Times New Roman" w:eastAsia="宋体"/>
          <w:b w:val="0"/>
          <w:sz w:val="24"/>
        </w:rPr>
        <w:t>1. 卫生政策与管理（研究方向码01）：考核通过8人，缺考9人。</w:t>
      </w:r>
    </w:p>
    <w:p>
      <w:pPr>
        <w:spacing w:after="80" w:lineRule="auto" w:line="360"/>
        <w:ind w:firstLine="482"/>
        <w:jc w:val="both"/>
      </w:pPr>
      <w:r>
        <w:rPr>
          <w:rFonts w:ascii="Times New Roman" w:hAnsi="Times New Roman" w:eastAsia="宋体"/>
          <w:b w:val="0"/>
          <w:sz w:val="24"/>
        </w:rPr>
        <w:t>2. 行政管理（研究方向码02）：缺考3人。</w:t>
      </w:r>
    </w:p>
    <w:p>
      <w:pPr>
        <w:spacing w:after="80" w:lineRule="auto" w:line="360"/>
        <w:ind w:firstLine="482"/>
        <w:jc w:val="both"/>
      </w:pPr>
      <w:r>
        <w:rPr>
          <w:rFonts w:ascii="Times New Roman" w:hAnsi="Times New Roman" w:eastAsia="宋体"/>
          <w:b w:val="0"/>
          <w:sz w:val="24"/>
        </w:rPr>
        <w:t>3. 数字公共治理（研究方向码03）：考核通过2人，缺考1人。</w:t>
      </w:r>
    </w:p>
    <w:p>
      <w:pPr>
        <w:spacing w:before="160" w:after="80" w:lineRule="auto" w:line="360"/>
        <w:jc w:val="left"/>
      </w:pPr>
      <w:r>
        <w:rPr>
          <w:rFonts w:ascii="Times New Roman" w:hAnsi="Times New Roman" w:eastAsia="宋体"/>
          <w:b/>
          <w:sz w:val="28"/>
        </w:rPr>
        <w:t>三、预推免考核表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报名号</w:t>
            </w:r>
          </w:p>
        </w:tc>
        <w:tc>
          <w:tcPr>
            <w:tcW w:type="dxa" w:w="863"/>
          </w:tcPr>
          <w:p>
            <w:pPr>
              <w:spacing w:after="20" w:before="20"/>
            </w:pPr>
            <w:r/>
            <w:r>
              <w:rPr>
                <w:rFonts w:ascii="Times New Roman" w:hAnsi="Times New Roman" w:eastAsia="宋体"/>
                <w:b/>
                <w:sz w:val="21"/>
              </w:rPr>
              <w:t>申请院系所号及名称</w:t>
            </w:r>
          </w:p>
        </w:tc>
        <w:tc>
          <w:tcPr>
            <w:tcW w:type="dxa" w:w="863"/>
          </w:tcPr>
          <w:p>
            <w:pPr>
              <w:spacing w:after="20" w:before="20"/>
            </w:pPr>
            <w:r/>
            <w:r>
              <w:rPr>
                <w:rFonts w:ascii="Times New Roman" w:hAnsi="Times New Roman" w:eastAsia="宋体"/>
                <w:b/>
                <w:sz w:val="21"/>
              </w:rPr>
              <w:t>申请专业代码及名称</w:t>
            </w:r>
          </w:p>
        </w:tc>
        <w:tc>
          <w:tcPr>
            <w:tcW w:type="dxa" w:w="863"/>
          </w:tcPr>
          <w:p>
            <w:pPr>
              <w:spacing w:after="20" w:before="20"/>
            </w:pPr>
            <w:r/>
            <w:r>
              <w:rPr>
                <w:rFonts w:ascii="Times New Roman" w:hAnsi="Times New Roman" w:eastAsia="宋体"/>
                <w:b/>
                <w:sz w:val="21"/>
              </w:rPr>
              <w:t>申请研究方向码</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复试总成绩</w:t>
            </w:r>
          </w:p>
        </w:tc>
        <w:tc>
          <w:tcPr>
            <w:tcW w:type="dxa" w:w="863"/>
          </w:tcPr>
          <w:p>
            <w:pPr>
              <w:spacing w:after="20" w:before="20"/>
            </w:pPr>
            <w:r/>
            <w:r>
              <w:rPr>
                <w:rFonts w:ascii="Times New Roman" w:hAnsi="Times New Roman" w:eastAsia="宋体"/>
                <w:b/>
                <w:sz w:val="21"/>
              </w:rPr>
              <w:t>考核结果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20263300295006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刘*晴</w:t>
            </w:r>
          </w:p>
        </w:tc>
        <w:tc>
          <w:tcPr>
            <w:tcW w:type="dxa" w:w="863"/>
          </w:tcPr>
          <w:p>
            <w:pPr>
              <w:spacing w:after="20" w:before="20"/>
            </w:pPr>
            <w:r/>
            <w:r>
              <w:rPr>
                <w:rFonts w:ascii="Times New Roman" w:hAnsi="Times New Roman" w:eastAsia="宋体"/>
                <w:b w:val="0"/>
                <w:sz w:val="21"/>
              </w:rPr>
              <w:t>89</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20263301076006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范*</w:t>
            </w:r>
          </w:p>
        </w:tc>
        <w:tc>
          <w:tcPr>
            <w:tcW w:type="dxa" w:w="863"/>
          </w:tcPr>
          <w:p>
            <w:pPr>
              <w:spacing w:after="20" w:before="20"/>
            </w:pPr>
            <w:r/>
            <w:r>
              <w:rPr>
                <w:rFonts w:ascii="Times New Roman" w:hAnsi="Times New Roman" w:eastAsia="宋体"/>
                <w:b w:val="0"/>
                <w:sz w:val="21"/>
              </w:rPr>
              <w:t>88.6</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20263300038006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李*虹</w:t>
            </w:r>
          </w:p>
        </w:tc>
        <w:tc>
          <w:tcPr>
            <w:tcW w:type="dxa" w:w="863"/>
          </w:tcPr>
          <w:p>
            <w:pPr>
              <w:spacing w:after="20" w:before="20"/>
            </w:pPr>
            <w:r/>
            <w:r>
              <w:rPr>
                <w:rFonts w:ascii="Times New Roman" w:hAnsi="Times New Roman" w:eastAsia="宋体"/>
                <w:b w:val="0"/>
                <w:sz w:val="21"/>
              </w:rPr>
              <w:t>86.8</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20263300626006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李*</w:t>
            </w:r>
          </w:p>
        </w:tc>
        <w:tc>
          <w:tcPr>
            <w:tcW w:type="dxa" w:w="863"/>
          </w:tcPr>
          <w:p>
            <w:pPr>
              <w:spacing w:after="20" w:before="20"/>
            </w:pPr>
            <w:r/>
            <w:r>
              <w:rPr>
                <w:rFonts w:ascii="Times New Roman" w:hAnsi="Times New Roman" w:eastAsia="宋体"/>
                <w:b w:val="0"/>
                <w:sz w:val="21"/>
              </w:rPr>
              <w:t>85.6</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20263300931006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王*</w:t>
            </w:r>
          </w:p>
        </w:tc>
        <w:tc>
          <w:tcPr>
            <w:tcW w:type="dxa" w:w="863"/>
          </w:tcPr>
          <w:p>
            <w:pPr>
              <w:spacing w:after="20" w:before="20"/>
            </w:pPr>
            <w:r/>
            <w:r>
              <w:rPr>
                <w:rFonts w:ascii="Times New Roman" w:hAnsi="Times New Roman" w:eastAsia="宋体"/>
                <w:b w:val="0"/>
                <w:sz w:val="21"/>
              </w:rPr>
              <w:t>85</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6</w:t>
            </w:r>
          </w:p>
        </w:tc>
        <w:tc>
          <w:tcPr>
            <w:tcW w:type="dxa" w:w="863"/>
          </w:tcPr>
          <w:p>
            <w:pPr>
              <w:spacing w:after="20" w:before="20"/>
            </w:pPr>
            <w:r/>
            <w:r>
              <w:rPr>
                <w:rFonts w:ascii="Times New Roman" w:hAnsi="Times New Roman" w:eastAsia="宋体"/>
                <w:b w:val="0"/>
                <w:sz w:val="21"/>
              </w:rPr>
              <w:t>20263300985006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03</w:t>
            </w:r>
          </w:p>
        </w:tc>
        <w:tc>
          <w:tcPr>
            <w:tcW w:type="dxa" w:w="863"/>
          </w:tcPr>
          <w:p>
            <w:pPr>
              <w:spacing w:after="20" w:before="20"/>
            </w:pPr>
            <w:r/>
            <w:r>
              <w:rPr>
                <w:rFonts w:ascii="Times New Roman" w:hAnsi="Times New Roman" w:eastAsia="宋体"/>
                <w:b w:val="0"/>
                <w:sz w:val="21"/>
              </w:rPr>
              <w:t>数字公共治理</w:t>
            </w:r>
          </w:p>
        </w:tc>
        <w:tc>
          <w:tcPr>
            <w:tcW w:type="dxa" w:w="863"/>
          </w:tcPr>
          <w:p>
            <w:pPr>
              <w:spacing w:after="20" w:before="20"/>
            </w:pPr>
            <w:r/>
            <w:r>
              <w:rPr>
                <w:rFonts w:ascii="Times New Roman" w:hAnsi="Times New Roman" w:eastAsia="宋体"/>
                <w:b w:val="0"/>
                <w:sz w:val="21"/>
              </w:rPr>
              <w:t>徐*</w:t>
            </w:r>
          </w:p>
        </w:tc>
        <w:tc>
          <w:tcPr>
            <w:tcW w:type="dxa" w:w="863"/>
          </w:tcPr>
          <w:p>
            <w:pPr>
              <w:spacing w:after="20" w:before="20"/>
            </w:pPr>
            <w:r/>
            <w:r>
              <w:rPr>
                <w:rFonts w:ascii="Times New Roman" w:hAnsi="Times New Roman" w:eastAsia="宋体"/>
                <w:b w:val="0"/>
                <w:sz w:val="21"/>
              </w:rPr>
              <w:t>85</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20263300108006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03</w:t>
            </w:r>
          </w:p>
        </w:tc>
        <w:tc>
          <w:tcPr>
            <w:tcW w:type="dxa" w:w="863"/>
          </w:tcPr>
          <w:p>
            <w:pPr>
              <w:spacing w:after="20" w:before="20"/>
            </w:pPr>
            <w:r/>
            <w:r>
              <w:rPr>
                <w:rFonts w:ascii="Times New Roman" w:hAnsi="Times New Roman" w:eastAsia="宋体"/>
                <w:b w:val="0"/>
                <w:sz w:val="21"/>
              </w:rPr>
              <w:t>数字公共治理</w:t>
            </w:r>
          </w:p>
        </w:tc>
        <w:tc>
          <w:tcPr>
            <w:tcW w:type="dxa" w:w="863"/>
          </w:tcPr>
          <w:p>
            <w:pPr>
              <w:spacing w:after="20" w:before="20"/>
            </w:pPr>
            <w:r/>
            <w:r>
              <w:rPr>
                <w:rFonts w:ascii="Times New Roman" w:hAnsi="Times New Roman" w:eastAsia="宋体"/>
                <w:b w:val="0"/>
                <w:sz w:val="21"/>
              </w:rPr>
              <w:t>陈*漫</w:t>
            </w:r>
          </w:p>
        </w:tc>
        <w:tc>
          <w:tcPr>
            <w:tcW w:type="dxa" w:w="863"/>
          </w:tcPr>
          <w:p>
            <w:pPr>
              <w:spacing w:after="20" w:before="20"/>
            </w:pPr>
            <w:r/>
            <w:r>
              <w:rPr>
                <w:rFonts w:ascii="Times New Roman" w:hAnsi="Times New Roman" w:eastAsia="宋体"/>
                <w:b w:val="0"/>
                <w:sz w:val="21"/>
              </w:rPr>
              <w:t>85</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20263301122006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阿**尼木·艾斯**江</w:t>
            </w:r>
          </w:p>
        </w:tc>
        <w:tc>
          <w:tcPr>
            <w:tcW w:type="dxa" w:w="863"/>
          </w:tcPr>
          <w:p>
            <w:pPr>
              <w:spacing w:after="20" w:before="20"/>
            </w:pPr>
            <w:r/>
            <w:r>
              <w:rPr>
                <w:rFonts w:ascii="Times New Roman" w:hAnsi="Times New Roman" w:eastAsia="宋体"/>
                <w:b w:val="0"/>
                <w:sz w:val="21"/>
              </w:rPr>
              <w:t>76.4</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9</w:t>
            </w:r>
          </w:p>
        </w:tc>
        <w:tc>
          <w:tcPr>
            <w:tcW w:type="dxa" w:w="863"/>
          </w:tcPr>
          <w:p>
            <w:pPr>
              <w:spacing w:after="20" w:before="20"/>
            </w:pPr>
            <w:r/>
            <w:r>
              <w:rPr>
                <w:rFonts w:ascii="Times New Roman" w:hAnsi="Times New Roman" w:eastAsia="宋体"/>
                <w:b w:val="0"/>
                <w:sz w:val="21"/>
              </w:rPr>
              <w:t>20263300732006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韩*</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20263300368006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陈*思</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t>20263301142006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张*茹</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12</w:t>
            </w:r>
          </w:p>
        </w:tc>
        <w:tc>
          <w:tcPr>
            <w:tcW w:type="dxa" w:w="863"/>
          </w:tcPr>
          <w:p>
            <w:pPr>
              <w:spacing w:after="20" w:before="20"/>
            </w:pPr>
            <w:r/>
            <w:r>
              <w:rPr>
                <w:rFonts w:ascii="Times New Roman" w:hAnsi="Times New Roman" w:eastAsia="宋体"/>
                <w:b w:val="0"/>
                <w:sz w:val="21"/>
              </w:rPr>
              <w:t>20263300836006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贺*</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t>20263300470006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孙*</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14</w:t>
            </w:r>
          </w:p>
        </w:tc>
        <w:tc>
          <w:tcPr>
            <w:tcW w:type="dxa" w:w="863"/>
          </w:tcPr>
          <w:p>
            <w:pPr>
              <w:spacing w:after="20" w:before="20"/>
            </w:pPr>
            <w:r/>
            <w:r>
              <w:rPr>
                <w:rFonts w:ascii="Times New Roman" w:hAnsi="Times New Roman" w:eastAsia="宋体"/>
                <w:b w:val="0"/>
                <w:sz w:val="21"/>
              </w:rPr>
              <w:t>20263300927006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张*娴</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15</w:t>
            </w:r>
          </w:p>
        </w:tc>
        <w:tc>
          <w:tcPr>
            <w:tcW w:type="dxa" w:w="863"/>
          </w:tcPr>
          <w:p>
            <w:pPr>
              <w:spacing w:after="20" w:before="20"/>
            </w:pPr>
            <w:r/>
            <w:r>
              <w:rPr>
                <w:rFonts w:ascii="Times New Roman" w:hAnsi="Times New Roman" w:eastAsia="宋体"/>
                <w:b w:val="0"/>
                <w:sz w:val="21"/>
              </w:rPr>
              <w:t>20263300872006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陈*欣</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t>20263300813006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邓*</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17</w:t>
            </w:r>
          </w:p>
        </w:tc>
        <w:tc>
          <w:tcPr>
            <w:tcW w:type="dxa" w:w="863"/>
          </w:tcPr>
          <w:p>
            <w:pPr>
              <w:spacing w:after="20" w:before="20"/>
            </w:pPr>
            <w:r/>
            <w:r>
              <w:rPr>
                <w:rFonts w:ascii="Times New Roman" w:hAnsi="Times New Roman" w:eastAsia="宋体"/>
                <w:b w:val="0"/>
                <w:sz w:val="21"/>
              </w:rPr>
              <w:t>20263300703006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卫生政策与管理</w:t>
            </w:r>
          </w:p>
        </w:tc>
        <w:tc>
          <w:tcPr>
            <w:tcW w:type="dxa" w:w="863"/>
          </w:tcPr>
          <w:p>
            <w:pPr>
              <w:spacing w:after="20" w:before="20"/>
            </w:pPr>
            <w:r/>
            <w:r>
              <w:rPr>
                <w:rFonts w:ascii="Times New Roman" w:hAnsi="Times New Roman" w:eastAsia="宋体"/>
                <w:b w:val="0"/>
                <w:sz w:val="21"/>
              </w:rPr>
              <w:t>袁*曦</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18</w:t>
            </w:r>
          </w:p>
        </w:tc>
        <w:tc>
          <w:tcPr>
            <w:tcW w:type="dxa" w:w="863"/>
          </w:tcPr>
          <w:p>
            <w:pPr>
              <w:spacing w:after="20" w:before="20"/>
            </w:pPr>
            <w:r/>
            <w:r>
              <w:rPr>
                <w:rFonts w:ascii="Times New Roman" w:hAnsi="Times New Roman" w:eastAsia="宋体"/>
                <w:b w:val="0"/>
                <w:sz w:val="21"/>
              </w:rPr>
              <w:t>20263300709006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02</w:t>
            </w:r>
          </w:p>
        </w:tc>
        <w:tc>
          <w:tcPr>
            <w:tcW w:type="dxa" w:w="863"/>
          </w:tcPr>
          <w:p>
            <w:pPr>
              <w:spacing w:after="20" w:before="20"/>
            </w:pPr>
            <w:r/>
            <w:r>
              <w:rPr>
                <w:rFonts w:ascii="Times New Roman" w:hAnsi="Times New Roman" w:eastAsia="宋体"/>
                <w:b w:val="0"/>
                <w:sz w:val="21"/>
              </w:rPr>
              <w:t>行政管理</w:t>
            </w:r>
          </w:p>
        </w:tc>
        <w:tc>
          <w:tcPr>
            <w:tcW w:type="dxa" w:w="863"/>
          </w:tcPr>
          <w:p>
            <w:pPr>
              <w:spacing w:after="20" w:before="20"/>
            </w:pPr>
            <w:r/>
            <w:r>
              <w:rPr>
                <w:rFonts w:ascii="Times New Roman" w:hAnsi="Times New Roman" w:eastAsia="宋体"/>
                <w:b w:val="0"/>
                <w:sz w:val="21"/>
              </w:rPr>
              <w:t>王*</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19</w:t>
            </w:r>
          </w:p>
        </w:tc>
        <w:tc>
          <w:tcPr>
            <w:tcW w:type="dxa" w:w="863"/>
          </w:tcPr>
          <w:p>
            <w:pPr>
              <w:spacing w:after="20" w:before="20"/>
            </w:pPr>
            <w:r/>
            <w:r>
              <w:rPr>
                <w:rFonts w:ascii="Times New Roman" w:hAnsi="Times New Roman" w:eastAsia="宋体"/>
                <w:b w:val="0"/>
                <w:sz w:val="21"/>
              </w:rPr>
              <w:t>20263300809006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02</w:t>
            </w:r>
          </w:p>
        </w:tc>
        <w:tc>
          <w:tcPr>
            <w:tcW w:type="dxa" w:w="863"/>
          </w:tcPr>
          <w:p>
            <w:pPr>
              <w:spacing w:after="20" w:before="20"/>
            </w:pPr>
            <w:r/>
            <w:r>
              <w:rPr>
                <w:rFonts w:ascii="Times New Roman" w:hAnsi="Times New Roman" w:eastAsia="宋体"/>
                <w:b w:val="0"/>
                <w:sz w:val="21"/>
              </w:rPr>
              <w:t>行政管理</w:t>
            </w:r>
          </w:p>
        </w:tc>
        <w:tc>
          <w:tcPr>
            <w:tcW w:type="dxa" w:w="863"/>
          </w:tcPr>
          <w:p>
            <w:pPr>
              <w:spacing w:after="20" w:before="20"/>
            </w:pPr>
            <w:r/>
            <w:r>
              <w:rPr>
                <w:rFonts w:ascii="Times New Roman" w:hAnsi="Times New Roman" w:eastAsia="宋体"/>
                <w:b w:val="0"/>
                <w:sz w:val="21"/>
              </w:rPr>
              <w:t>陈*慧</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20</w:t>
            </w:r>
          </w:p>
        </w:tc>
        <w:tc>
          <w:tcPr>
            <w:tcW w:type="dxa" w:w="863"/>
          </w:tcPr>
          <w:p>
            <w:pPr>
              <w:spacing w:after="20" w:before="20"/>
            </w:pPr>
            <w:r/>
            <w:r>
              <w:rPr>
                <w:rFonts w:ascii="Times New Roman" w:hAnsi="Times New Roman" w:eastAsia="宋体"/>
                <w:b w:val="0"/>
                <w:sz w:val="21"/>
              </w:rPr>
              <w:t>20263300849006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02</w:t>
            </w:r>
          </w:p>
        </w:tc>
        <w:tc>
          <w:tcPr>
            <w:tcW w:type="dxa" w:w="863"/>
          </w:tcPr>
          <w:p>
            <w:pPr>
              <w:spacing w:after="20" w:before="20"/>
            </w:pPr>
            <w:r/>
            <w:r>
              <w:rPr>
                <w:rFonts w:ascii="Times New Roman" w:hAnsi="Times New Roman" w:eastAsia="宋体"/>
                <w:b w:val="0"/>
                <w:sz w:val="21"/>
              </w:rPr>
              <w:t>行政管理</w:t>
            </w:r>
          </w:p>
        </w:tc>
        <w:tc>
          <w:tcPr>
            <w:tcW w:type="dxa" w:w="863"/>
          </w:tcPr>
          <w:p>
            <w:pPr>
              <w:spacing w:after="20" w:before="20"/>
            </w:pPr>
            <w:r/>
            <w:r>
              <w:rPr>
                <w:rFonts w:ascii="Times New Roman" w:hAnsi="Times New Roman" w:eastAsia="宋体"/>
                <w:b w:val="0"/>
                <w:sz w:val="21"/>
              </w:rPr>
              <w:t>吴*坚</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21</w:t>
            </w:r>
          </w:p>
        </w:tc>
        <w:tc>
          <w:tcPr>
            <w:tcW w:type="dxa" w:w="863"/>
          </w:tcPr>
          <w:p>
            <w:pPr>
              <w:spacing w:after="20" w:before="20"/>
            </w:pPr>
            <w:r/>
            <w:r>
              <w:rPr>
                <w:rFonts w:ascii="Times New Roman" w:hAnsi="Times New Roman" w:eastAsia="宋体"/>
                <w:b w:val="0"/>
                <w:sz w:val="21"/>
              </w:rPr>
              <w:t>20263301129006</w:t>
            </w:r>
          </w:p>
        </w:tc>
        <w:tc>
          <w:tcPr>
            <w:tcW w:type="dxa" w:w="863"/>
          </w:tcPr>
          <w:p>
            <w:pPr>
              <w:spacing w:after="20" w:before="20"/>
            </w:pPr>
            <w:r/>
            <w:r>
              <w:rPr>
                <w:rFonts w:ascii="Times New Roman" w:hAnsi="Times New Roman" w:eastAsia="宋体"/>
                <w:b w:val="0"/>
                <w:sz w:val="21"/>
              </w:rPr>
              <w:t>卫生经济管理学院</w:t>
            </w:r>
          </w:p>
        </w:tc>
        <w:tc>
          <w:tcPr>
            <w:tcW w:type="dxa" w:w="863"/>
          </w:tcPr>
          <w:p>
            <w:pPr>
              <w:spacing w:after="20" w:before="20"/>
            </w:pPr>
            <w:r/>
            <w:r>
              <w:rPr>
                <w:rFonts w:ascii="Times New Roman" w:hAnsi="Times New Roman" w:eastAsia="宋体"/>
                <w:b w:val="0"/>
                <w:sz w:val="21"/>
              </w:rPr>
              <w:t>120400公共管理学</w:t>
            </w:r>
          </w:p>
        </w:tc>
        <w:tc>
          <w:tcPr>
            <w:tcW w:type="dxa" w:w="863"/>
          </w:tcPr>
          <w:p>
            <w:pPr>
              <w:spacing w:after="20" w:before="20"/>
            </w:pPr>
            <w:r/>
            <w:r>
              <w:rPr>
                <w:rFonts w:ascii="Times New Roman" w:hAnsi="Times New Roman" w:eastAsia="宋体"/>
                <w:b w:val="0"/>
                <w:sz w:val="21"/>
              </w:rPr>
              <w:t>03</w:t>
            </w:r>
          </w:p>
        </w:tc>
        <w:tc>
          <w:tcPr>
            <w:tcW w:type="dxa" w:w="863"/>
          </w:tcPr>
          <w:p>
            <w:pPr>
              <w:spacing w:after="20" w:before="20"/>
            </w:pPr>
            <w:r/>
            <w:r>
              <w:rPr>
                <w:rFonts w:ascii="Times New Roman" w:hAnsi="Times New Roman" w:eastAsia="宋体"/>
                <w:b w:val="0"/>
                <w:sz w:val="21"/>
              </w:rPr>
              <w:t>数字公共治理</w:t>
            </w:r>
          </w:p>
        </w:tc>
        <w:tc>
          <w:tcPr>
            <w:tcW w:type="dxa" w:w="863"/>
          </w:tcPr>
          <w:p>
            <w:pPr>
              <w:spacing w:after="20" w:before="20"/>
            </w:pPr>
            <w:r/>
            <w:r>
              <w:rPr>
                <w:rFonts w:ascii="Times New Roman" w:hAnsi="Times New Roman" w:eastAsia="宋体"/>
                <w:b w:val="0"/>
                <w:sz w:val="21"/>
              </w:rPr>
              <w:t>卢*娜</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