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外交学院2026年硕士推免拟录取名单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交学院2026年硕士推免拟录取名单，共拟录取111人。复试成绩为拟录取依据，名单按考生序号排列，覆盖刑法学、民商法学、国际法学、法律（法学）、国际关系、国际安全、政治学理论、国际政治、外交学、国际组织与全球治理、世界经济、政治经济学、西方经济学、金融、英语语言文学、外国语言学及应用语言学、英语口译（外交口译）、英语口译（翻译和国际传播）、法语语言文学、日语语言文学、日语口译、科学社会主义与国际共产主义运动、国家安全学等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发布日期（推定）：2025年10月9日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身份证号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本科毕业学校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刑法学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周欣淇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4103**********402X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民商法学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杨淳悦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5203**********6823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徐梓琦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4452**********0325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丁朗若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3413**********0046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王楠熙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3505**********3446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熊芸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5001**********2824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程斯怡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3623**********4621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史宇轩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4114**********0028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吴梦雅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1101**********2741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首都医科大学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武默涵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3210**********3778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李玥潼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1101**********2748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北京建筑大学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李小草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3411**********254X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华北电力大学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乌日汉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1521**********2726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内蒙古大学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门嘉一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1101**********0327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北方工业大学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宋文钰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1401**********0043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国际事务与国际关系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刘雅文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1303**********092X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国际事务与国际关系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徐嘉欣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4310**********3626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国际事务与国际关系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姚铧峰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1201**********1899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陈知心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3708**********0726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国际事务与国际关系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杨智睿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1101**********1213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杜宇博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2327**********0211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黄昊雨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6101**********0910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国际事务与国际关系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彭阳奇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4311**********0029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国际事务与国际关系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宋柳葶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4304**********0021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国际事务与国际关系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3302**********6029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西班牙语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张欣雨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1101**********3521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廖嘉欣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4306**********0049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国际事务与国际关系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张馨之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4405**********0443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国际事务与国际关系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刘玮祺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5107**********880X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国际事务与国际关系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禹唯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3202**********0035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大连外国语大学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国际事务与国际关系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李润晗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1101**********5747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国际事务与国际关系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朱嘉俐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4502**********0627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西安外国语大学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国际安全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姜博艺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1101**********8325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国际安全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程梓钰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2301**********0625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政治学理论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张思博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2310**********542X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马良驹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5301**********4513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北京语言大学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波斯语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李思慧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1101**********892X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国际组织与全球治理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魏丫晴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4116**********1825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郑逸之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3307**********0428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浙江工业大学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于江然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3707**********0221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姜可笛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3412**********5261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北京语言大学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刘予襄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3623**********0049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李美乐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3708**********6544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孙宇翔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3713**********1219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1101**********0486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西班牙语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周逸成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1101**********541X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国际组织与全球治理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李惠雅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3506**********5025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夏书仪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4203**********004X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中南民族大学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高心茹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3717**********7022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辽宁大学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朱家浩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6104**********0612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厉博文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3702**********0013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杨凯然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1402**********0311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方菲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3502**********3629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唐艺予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5002**********9125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四川外国语大学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赵可彤云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1101**********0645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李美达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2102**********6420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北京语言大学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国际组织与全球治理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臧靖雯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1301**********0066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华侨大学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国家事务与国际关系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国际组织与全球治理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华秋伊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3405**********0021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西班牙语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国际组织与全球治理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刘瑀柔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3502**********2321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国际组织与全球治理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国际组织与全球治理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秦语和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1101**********1127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国际组织与全球治理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国际组织与全球治理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赵启辰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1427**********0036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国际组织与全球治理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世界经济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蒋知涵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3304**********0042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世界经济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孙熙涵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1101**********5122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世界经济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陈钰华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3601**********1311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世界经济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杨睿喆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3502**********5517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世界经济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5002**********1024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世界经济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5301**********0046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世界经济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朱卿实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1101**********332X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世界经济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周敬桓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1101**********9557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曹剑坤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3412**********1714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西方经济学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赵伟栋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1304**********0377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西方经济学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申选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1403**********0823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贾承仪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1201**********9017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曹东玥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1526**********3623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国际经济与贸易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刘雨然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1304**********1046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2102**********1225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辽宁师范大学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英语（师范）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3201**********0029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4313**********0301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首都经济贸易大学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商务英语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李雨霏霏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1101**********958X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英语（复语国际人才班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外国语言学及应用语言学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兰天添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5101**********0042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沈阳师范大学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英语（师范）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英语口译（外交口译）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傅雨佳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4303**********0203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大连外国语大学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英语口译（翻译和国际传播）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野静妍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2201**********0329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英语口译（外交口译）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王灿然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4403**********9028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青岛大学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英语口译（外交口译）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杨文焕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4409**********4027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四川外国语大学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英语口译（翻译和国际传播）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韦星婕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4502**********2921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广西师范大学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英语口译（翻译和国际传播）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傅颖毓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3505**********3443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英语口译（翻译和国际传播）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张文宣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5001**********4120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英语口译（外交口译）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杨弋者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4501**********0524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大连外国语大学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翻译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英语口译（外交口译）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3505**********0046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中国社会科学院大学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英语口译（外交口译）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谢颖圣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3701**********4826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济南大学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英语口译（翻译和国际传播）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庞卓婉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1101**********2024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英语口译（外交口译）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金子雯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2304**********0449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英语（国际传播）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3204**********1129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张杰莹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6105**********6429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刘锦锾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1311**********6625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李忠睿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1101**********8627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86.6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饶彩毅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3607**********2623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王李蕊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4206**********0541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西南民族大学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徐可欣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4108**********0120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河南师范大学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路也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1301**********4826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黄慧敏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3607**********0027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日语语言文学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薛雪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3707**********428X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山东理工大学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沈静雯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1101**********4222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3203**********7344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日语口译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杜张希曼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3205**********5762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大连外国语大学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科学社会主义与国际共产主义运动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徐小远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3625**********0024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外交学院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日语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国家安全学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4404**********9144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国际关系学院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行政管理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国家安全学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罗晶晶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6107**********0029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辽宁大学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国际政治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国家安全学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迟雨楠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2202**********1225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兰州大学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国家安全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