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西安交通大学药学院第十二届全国优秀大学生暑期夏令营成功举办-西安交通大学医学部药学院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10日至11日，西安交通大学药学院成功举办2025年优秀大学生夏令营活动。活动共收到390份申请材料，经严格筛选，最终17名同学获得参加线下夏令营资格，另有40名同学通过线上方式参与。活动设置多场学术报告、专业系室介绍、实验室参观等环节，展示交大历史文化底蕴与学术创新氛围，助力营员了解药学院在学科建设、科学研究等方面的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一、开营仪式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10日上午，开营仪式在雁塔校区国际会议中心举行。西安交通大学医学部主任吕毅、常务副主任雷利利、研究生院副院长兼人才培养处处长张明、人才培养处副处长吴小健、基础医学院副书记陈莉娜、公共卫生学院副院长马乐、药学院副院长张杰、第一临床医学院副院长李小鹏、第二临床医学院副院长种铁等领导出席。开营仪式由医学部人才培养处科长张耀丹主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开场，营员观看展现交大西迁精神及医学部发展历程的宣传片。吕毅主任致辞欢迎营员，表示夏令营是拓展学术视野的重要平台，鼓励营员主动交流，体悟“扎根西部、服务国家”的西迁精神，为投身药学事业明确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夏令营期间，吕毅主任、贺浪冲教授、陈腾书记、张明处长分别为营员带来四场主题报告，内容涵盖校史传承、学科前沿、治学方法、医学部特色优势及研究生招录政策等方面。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二、实地参观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10日下午，营员前往中国西部科技创新港，参观西安交通大学研究生成果展、中国西部科技创新港21号楼研究生教学实验中心实验室和涵英楼数字化展厅，了解学校发展历程、创新港规划建设，体验科研环境和实验设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三、学科介绍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月12日上午，药学院二级学科专业介绍活动在雁塔护理楼多功能厅开展。药学院副院长张杰教授，景王慧教授、王珂教授、罗智敏副教授、李义平教授、赵明月副教授、王戌梅教授、张卉副教授参加。按专业分别进行专业和导师团队介绍，内容涵盖相关专业学科发展情况、团队成员及所获科研成果，帮助学生了解各学科导师和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学科介绍之后，张杰院长介绍药学院科研及研究生培养概况，从科研平台、项目成果、培养模式、学术支持等方面进行阐述。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最后，青年教师代秉玲副教授、刘瑞副教授分享科研经历和心得体会，鼓励营员勇于探索、积极创新。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四、线上参与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本次活动通过腾讯会议进行线上同步，确保线上营员参与和受益。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五、营员反馈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营员彭烜表示，参加西交大药学院夏令营获得西交两日体验卡，体会到西交浓厚的历史韵味、老师和志愿者师兄师姐的关怀备至、创新港校区的壮阔楼宇、优秀的老师、新颖的办学理念以及先进的实验设备，希望更多人了解西交历史、参加西交夏令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营员吴金晴表示，这次西交夏令营是快乐又充实的体验，两天时间日程充实，老师们的宣讲让其对院系设置和不同研究方向有更实际的认识，能更好选择专业和老师；创新港校区参观带来很大震撼，实验室环境和设施非常好而且非常新；面试过程中老师给出很多中肯建议，收获很大；遇到志同道合的伙伴和优秀的师姐，大家的友爱互助良性竞争带来许多成长；亲身体验西交教学和研究氛围后，更加坚定来这里的决心，希望未来有幸成为西交一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六、活动总结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交通大学药学院2025年优秀大学生夏令营的成功举办，为全国优秀学子搭建了了解药学前沿、与专家学者交流的平台，也为学院选拔优秀人才、推动学科发展奠定基础。期待未来更多优秀学子加入西安交通大学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文字：林红君、张依萍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