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【通知】关于举办2024年南开大学哲学院第七届全国优秀大学生夏令营的通知</w:t>
      </w:r>
    </w:p>
    <w:p>
      <w:r>
        <w:t>【通知】关于举办2024年南开大学哲学院第七届全国优秀大学生夏令营的通知</w:t>
      </w:r>
    </w:p>
    <w:p>
      <w:r>
        <w:t>发布者：柳美贤发布时间：2024-06-11浏览次数：673</w:t>
      </w:r>
    </w:p>
    <w:p>
      <w:r>
        <w:t>南开大学自1919年建校之初，就设有哲学学科，经过百余年的努力，现已发展为在国内具有较高影响力的哲学重镇。著名哲学学者汤用彤、冯文潜、温公颐、庞景仁、张世英等都曾在这里执教。</w:t>
      </w:r>
    </w:p>
    <w:p>
      <w:r>
        <w:t>南开大学哲学院哲学专业1994年被批准为首批“国家文科基础学科人才培养和科学研究基地”，是全国七个哲学类基地之一。2008年获批教育部高等学校第一类特色专业建设点，2019年获批国家级一流本科专业建设点，2020年入选高等学校“强基计划”，入选教育部拔尖学生培养计划2.0基地，是全国哲学类九个基地之一。哲学院马克思主义哲学二级学科为国家重点学科，哲学一级学科为天津市重点学科。哲学院设有哲学一级学科博士点和博士后流动站，拥有一支梯队合理、力量雄厚、充满活力的国际化师资队伍。我院马克思主义哲学、中国哲学、外国哲学、逻辑学、伦理学、美学、宗教学、科学技术哲学八个二级学科均可招收推荐免试研究生（含直博生）。</w:t>
      </w:r>
    </w:p>
    <w:p>
      <w:r>
        <w:t>为了向有志于在哲学领域继续深造的优秀大学生提供走进南开哲学、了解学术前沿、增进交流的平台，我院拟于7月9日至12日举办“2024年南开大学哲学院第七届优秀大学生夏令营”。</w:t>
      </w:r>
    </w:p>
    <w:p>
      <w:r>
        <w:t>一、报名时间</w:t>
      </w:r>
    </w:p>
    <w:p>
      <w:r>
        <w:t>即日起至6月15日24:00（北京时间）</w:t>
      </w:r>
    </w:p>
    <w:p>
      <w:r>
        <w:t>二、申请条件</w:t>
      </w:r>
    </w:p>
    <w:p>
      <w:r>
        <w:t>1. 全国重点高校各专业，有意到我院读研的2025届本科应届毕业生。</w:t>
      </w:r>
    </w:p>
    <w:p>
      <w:r>
        <w:t>2. 本科学习成绩优异、对哲学有浓厚兴趣，具备开展学术研究的潜质，有志于从事学术研究工作。</w:t>
      </w:r>
    </w:p>
    <w:p>
      <w:r>
        <w:t>三、申请方式及流程</w:t>
      </w:r>
    </w:p>
    <w:p>
      <w:r>
        <w:t>1. 网上报名</w:t>
      </w:r>
    </w:p>
    <w:p>
      <w:r>
        <w:t>进入南开大学研究生招生网（http://yzb.nankai.edu.cn/），选择“网上系统-硕士-硕士推免网报系统”，报名系统现已开通。学生在线完成信息填报并进行申请，我院将在6月18日前完成网上初审，请申请人及时查看是否通过网申，网申通过后按照报名系统提示打印报名表。</w:t>
      </w:r>
    </w:p>
    <w:p>
      <w:r>
        <w:t>说明：报考推免项目中选择 “40-2024年南开大学哲学院第七届优秀大学生夏令营”。在网报系统中点击“提交”方为正式报名；仅“保存”是未报名状态，管理员无法进行审核。请通过网申获得“报名号”后再打印个人报名信息表，报名号为空的材料不予受理。</w:t>
      </w:r>
    </w:p>
    <w:p>
      <w:r>
        <w:t>2. 提交申请材料（均为电子版，请提交清晰的原件扫描件）</w:t>
      </w:r>
    </w:p>
    <w:p>
      <w:r>
        <w:t>（1）《南开大学2025年推荐免试研究生报名信息表》（网报系统中打印，须本人签字）</w:t>
      </w:r>
    </w:p>
    <w:p>
      <w:r>
        <w:t>（2）身份证正反面</w:t>
      </w:r>
    </w:p>
    <w:p>
      <w:r>
        <w:t>（3）学生证封面和信息页</w:t>
      </w:r>
    </w:p>
    <w:p>
      <w:r>
        <w:t>（4）本科成绩单与本专业排名证明原件</w:t>
      </w:r>
    </w:p>
    <w:p>
      <w:r>
        <w:t>（5）全国大学英语六级成绩单或其他外语考试成绩单原件</w:t>
      </w:r>
    </w:p>
    <w:p>
      <w:r>
        <w:t>（6）副教授以上职称的专家推荐信2封，须有推荐者亲笔签字及推荐人所在单位盖章（推荐信模板见附件）</w:t>
      </w:r>
    </w:p>
    <w:p>
      <w:r>
        <w:t>（7）个人陈述1份（格式不限）</w:t>
      </w:r>
    </w:p>
    <w:p>
      <w:r>
        <w:t>（8）获奖证书或科研成果证明等其他证明材料</w:t>
      </w:r>
    </w:p>
    <w:p>
      <w:r>
        <w:t>在网申通过后，请将以上文件请制成一个PDF文档，文档命名格式为“**大学+姓名+大学生夏令营”，于6月18日前发送到邮箱：lmxian@nankai.edu.cn，邮件主题为：“南开大学哲学院第七届优秀大学生夏令营报名材料+姓名”。</w:t>
      </w:r>
    </w:p>
    <w:p>
      <w:r>
        <w:t>申请人须确保提供的信息和材料真实、准确，若发现申请人有弄虚作假行为，一经查实，取消申请资格。</w:t>
      </w:r>
    </w:p>
    <w:p>
      <w:r>
        <w:t>3．确认参营</w:t>
      </w:r>
    </w:p>
    <w:p>
      <w:r>
        <w:t>我们将根据学生提交的材料确定参营名单，于6月20日前在南开大学哲学院官网公布入营人员名单，请入选者在6月22日前以邮件形式回复是否参营，回复邮箱为：lmxian@nankai.edu.cn。回复主题：“大学+姓名+确认参营”。逾期未回复者将视为自动放弃参营资格。</w:t>
      </w:r>
    </w:p>
    <w:p>
      <w:r>
        <w:t>四、日程安排</w:t>
      </w:r>
    </w:p>
    <w:p>
      <w:r>
        <w:t>具体活动安排与时间将另行通知，请随时关注哲学院官网。</w:t>
      </w:r>
    </w:p>
    <w:p>
      <w:r>
        <w:t>五、注意事项</w:t>
      </w:r>
    </w:p>
    <w:p>
      <w:r>
        <w:t>1. 以上内容，如有变动，请以最新通知为准。</w:t>
      </w:r>
    </w:p>
    <w:p>
      <w:r>
        <w:t>2. 南开大学哲学院网页http://phil.nankai.edu.cn/</w:t>
      </w:r>
    </w:p>
    <w:p>
      <w:r>
        <w:t>3. 南开大学研究生招生网页http://yzb.nankai.edu.cn</w:t>
      </w:r>
    </w:p>
    <w:p>
      <w:r>
        <w:t>六、咨询方式</w:t>
      </w:r>
    </w:p>
    <w:p>
      <w:r>
        <w:t>联系电话：022-85358298</w:t>
      </w:r>
    </w:p>
    <w:p>
      <w:r>
        <w:t>联系人：柳老师</w:t>
      </w:r>
    </w:p>
    <w:p>
      <w:r>
        <w:t>邮 箱：lmxian@nankai.edu.cn</w:t>
      </w:r>
    </w:p>
    <w:p>
      <w:r>
        <w:t>地 址：天津市津南区海河教育园同砚路38号南开大学哲学院305办公室</w:t>
      </w:r>
    </w:p>
    <w:p>
      <w:r>
        <w:t>邮 编：300350</w:t>
      </w:r>
    </w:p>
    <w:p>
      <w:r>
        <w:t>2024年南开大学哲学院大学生夏令营专家推荐函.docx</w:t>
      </w:r>
    </w:p>
    <w:p>
      <w:r>
        <w:t>天津市津南区海河教育园区同砚路38号南开大学哲学院</w:t>
      </w:r>
    </w:p>
    <w:p>
      <w:r>
        <w:t>邮编：300350电话：022-23508268</w:t>
      </w:r>
    </w:p>
    <w:p>
      <w:r>
        <w:t>常用链接</w:t>
      </w:r>
    </w:p>
    <w:p>
      <w:r>
        <w:t>北京大学哲学系</w:t>
      </w:r>
    </w:p>
    <w:p>
      <w:r>
        <w:t>清华大学哲学系</w:t>
      </w:r>
    </w:p>
    <w:p>
      <w:r>
        <w:t>武汉大学哲学院</w:t>
      </w:r>
    </w:p>
    <w:p>
      <w:r>
        <w:t>人民大学哲学院</w:t>
      </w:r>
    </w:p>
    <w:p>
      <w:r>
        <w:t>中山大学哲学系</w:t>
      </w:r>
    </w:p>
    <w:p>
      <w:r>
        <w:t>北师大哲学学院</w:t>
      </w:r>
    </w:p>
    <w:p>
      <w:r>
        <w:t>吉林大学哲学院</w:t>
      </w:r>
    </w:p>
    <w:p>
      <w:r>
        <w:t>南京大学哲学系</w:t>
      </w:r>
    </w:p>
    <w:p>
      <w:r>
        <w:t>微信公众号</w:t>
      </w:r>
    </w:p>
    <w:p>
      <w:r>
        <w:t>津教备0061号 津ICP备12003308号-1 津公网安备12010402000967号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