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西安石油大学2026年推免生拟推荐名单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西安石油大学2026年推免生拟推荐名单，共4页。名单按院系、专业代码、专业名称、姓名、性别、备注列示，其中备注栏含“支教团”“国防科工”等专项标注。以下为完整名单明细。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一、石油工程学院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尹俊杰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阿迪拉·艾米提江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肖茹丹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钮帅宇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张林增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邢佳康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杨晨菲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郝柔沙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李孟韩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缑筱钰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谭欣宇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赵继龙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张瑾皓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罗乔于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曹琼予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唐铭泽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张树源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宋佳豪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海洋油气工程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史梓申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海洋油气工程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张仲宜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海洋油气工程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龚子函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海洋油气工程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滕施远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海洋油气工程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邢玉茜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冯超强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余梦涵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鱼静雯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二、地球科学与工程学院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吴睿婷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地球信息科学与技术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朱珺洁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地球信息科学与技术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地球信息科学与技术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孟思琦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马晶凝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孙流文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勘查技术与工程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王淑莹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勘查技术与工程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李艳萍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勘查技术与工程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赵玉峰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勘查技术与工程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任艳丽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勘查技术与工程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白嘉琦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资源勘查工程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刘正昊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资源勘查工程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许鑫磊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资源勘查工程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马国强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资源勘查工程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柴儒雅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资源勘查工程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姬煜泽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资源勘查工程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雷宗儒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资源勘查工程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刘玉媛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地球信息科学与技术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地球信息科学与技术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杜潘涛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国防科工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三、电子工程学院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陈智佳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谢家丽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宋志文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朱格格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周育琛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李冰欣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余丰勋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赖建建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李有鹏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屈蕊萌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蔺家锋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四、机械工程学院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白珈伊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庄皓然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刘雄杰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兰家奇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谭丽容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侯馨语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白一凡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机械电子工程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赵胜杰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机械电子工程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机械电子工程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马柏蓉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高悦童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薛梦妮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邓娅琪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过程装备与控制工程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过程装备与控制工程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刘丹阳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过程装备与控制工程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侯钦腾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过程装备与控制工程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梁文婧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过程装备与控制工程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赵彦钧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杨天瑞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吕赵珺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惠佳辉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五、材料科学与工程学院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材料成型及控制工程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熊婷婷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材料成型及控制工程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翟建新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材料成型及控制工程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胡雨娟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徐若彤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侯志伟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王翊雯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黄菲红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段舒方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焊接技术与工程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原子洋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黎乐影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王茜雯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六、计算机学院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刘慧敏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拓梦菲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曾熙蕾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王旭阳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李宁馨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李政通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马银龙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许景川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王恩雨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邵文昊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吴溢馨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七、化学化工学院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张雷杰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胡金翼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王玥珺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杨盛凯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李雅轩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怡恒新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鲁一轩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耿瑜璐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舒慧敏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能源化学工程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齐馨怡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能源化学工程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杨生兰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能源化学工程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王乐怡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尚雅彤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吴泳萱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高泽波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