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关于华北水利水电大学法学院2026年推荐免试攻读硕士学位研究生的公示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根据《华北水利水电大学推荐免试攻读硕士学位研究生实施办法》（华水政〔2023〕173号）、《华北水利水电大学法学院2026年推荐免试攻读硕士学位研究生实施细则》，经过组织动员、学生本人申请，学院对申请学生进行资格审核、综合评定，提交教务处审核后，拟推荐名单如下：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排名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学号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李欣珂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202221012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陈盈盈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202221018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聂慧慧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202221123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袁璐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202221122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李美贤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202221013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候补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游一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202220925</w:t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