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河北经贸大学会计学院2026年拟推荐优秀应届本科毕业生免试攻读硕士学位研究生名单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河北经贸大学会计学院2026年拟推荐优秀应届本科毕业生免试攻读硕士学位研究生名单总计21人，分专业明细如下：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人数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审计学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涵盖会计学、审计学、财务管理，共3个专业。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依据各专业学生人数占比确定分配名额，经材料收集、核算及推免生遴选推荐工作小组商议确定拟推荐人选。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公示期：自2025年9月1日起。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异议反馈截止时间：2025年9月4日10:00。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联系人：孙老师。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联系电话：87326061。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