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西北农林科技大学马克思主义学院关于举办2026年优秀大学生夏令营活动的通知</w:t>
      </w:r>
    </w:p>
    <w:p>
      <w:r>
        <w:t>学科建设</w:t>
      </w:r>
    </w:p>
    <w:p>
      <w:r>
        <w:t>党建工作</w:t>
      </w:r>
    </w:p>
    <w:p>
      <w:r>
        <w:t>学生工作</w:t>
      </w:r>
    </w:p>
    <w:p>
      <w:r>
        <w:t>数据库链接</w:t>
      </w:r>
    </w:p>
    <w:p>
      <w:r>
        <w:t>信息服务</w:t>
      </w:r>
    </w:p>
    <w:p>
      <w:r>
        <w:t>首页»</w:t>
      </w:r>
    </w:p>
    <w:p>
      <w:r>
        <w:t>信息服务»</w:t>
      </w:r>
    </w:p>
    <w:p>
      <w:r>
        <w:t>通知公告»</w:t>
      </w:r>
    </w:p>
    <w:p>
      <w:r>
        <w:t>西北农林科技大学马克思主义学院关于举办2026年优秀大学生夏令营活动的通知</w:t>
      </w:r>
    </w:p>
    <w:p>
      <w:r>
        <w:t>学院动态</w:t>
      </w:r>
    </w:p>
    <w:p>
      <w:r>
        <w:t>通知公告</w:t>
      </w:r>
    </w:p>
    <w:p>
      <w:r>
        <w:t>规章制度</w:t>
      </w:r>
    </w:p>
    <w:p>
      <w:r>
        <w:t>学院视频</w:t>
      </w:r>
    </w:p>
    <w:p>
      <w:r>
        <w:t>教师招聘</w:t>
      </w:r>
    </w:p>
    <w:p>
      <w:r>
        <w:t>图片新闻</w:t>
      </w:r>
    </w:p>
    <w:p>
      <w:r>
        <w:t>西北农林科技大学马克思主义学院关于举办2026年优秀大学生夏令营活动的通知</w:t>
      </w:r>
    </w:p>
    <w:p>
      <w:r>
        <w:t>来源： 作者： 发布日期：2026-06-26 浏览次数：</w:t>
      </w:r>
    </w:p>
    <w:p>
      <w:r>
        <w:t>为加强全国马克思主义理论及相关学科优秀大学生之间的交流，增强相关学科优秀大学生对马克思主义理论的深入了解和研究兴趣，西北农林科技大学马克思主义学院拟于2026年7月15日线下举办“优秀大学生暑期夏令营”活动。</w:t>
      </w:r>
    </w:p>
    <w:p>
      <w:r>
        <w:t>马克思主义学院简介</w:t>
      </w:r>
    </w:p>
    <w:p>
      <w:r>
        <w:t>西北农林科技大学马克思主义学院成立于2015年，拥有马克思主义理论学科一级硕士学位授权点，在马克思主义基本原理、马克思主义中国化研究、思想政治教育等三个研究方向招收学术型硕士研究生。</w:t>
      </w:r>
    </w:p>
    <w:p>
      <w:r>
        <w:t>学院拥有思想政治理论课专任教师94人，其中教授11人，副教授34人，硕士生导师26人，有博士学位56人；现有全国优秀教师、全国优秀思想政治理论课教师、宝钢优秀教师1人，全国思想政治理论课影响力提名人物1人，陕西省优秀教师1人，陕西省教学名师1人，陕西省优秀思政课教师1人，陕西省思政课大练兵标兵8人，陕西省思政课教学能手6人，陕西省思政课教学骨干1人，1人当选陕西省高等学校教学指导委员会（专业共同体建设委员会）法学类工作委员会委员，副会长，西北农林科技大学“金牌教师”1人，“学生最喜爱的老师”6人，学生“我心目中的好导师”3人。</w:t>
      </w:r>
    </w:p>
    <w:p>
      <w:r>
        <w:t>近年来，学院先后获得陕西省教学成果奖特等奖1项、一等奖1项；陕西省思政课优秀教案评选一等奖1项，二等奖2项；习近平新时代中国特色社会主义思想“三进”省级精品课程项目1项；6项研究成果分获陕西省哲学社会科学三等奖、陕西高校人文社会科学优秀成果二等奖和三等奖。2016年学院荣获“陕西省师德先进单位”。</w:t>
      </w:r>
    </w:p>
    <w:p>
      <w:r>
        <w:t>招收规模</w:t>
      </w:r>
    </w:p>
    <w:p>
      <w:r>
        <w:t>本次夏令营拟招收营员50人，马克思主义理论学科以及人文社科类相关专业均可申请。</w:t>
      </w:r>
    </w:p>
    <w:p>
      <w:r>
        <w:t>申请条件</w:t>
      </w:r>
    </w:p>
    <w:p>
      <w:r>
        <w:t>1.拥护中国共产党的领导和社会主义制度，具有高尚 的爱国主义情操和集体主义精神，社会责任感强，遵纪守法， 积极向上，身心健康；</w:t>
      </w:r>
    </w:p>
    <w:p>
      <w:r>
        <w:t>2.具有良好的思想品德和政治素质，诚实守信，学风端正，品行优良，无考试作弊或剽窃他人学术成果等学术不端行为；</w:t>
      </w:r>
    </w:p>
    <w:p>
      <w:r>
        <w:t>3.全国重点、省属相关院校，马克思主义理论、哲学、历史学、教育学、社会学等学科的2027届本科毕业生；</w:t>
      </w:r>
    </w:p>
    <w:p>
      <w:r>
        <w:t>4．英语水平良好；</w:t>
      </w:r>
    </w:p>
    <w:p>
      <w:r>
        <w:t>5.学习成绩优秀，本科前三年综合成绩排名在本专业 前 30%之内；</w:t>
      </w:r>
    </w:p>
    <w:p>
      <w:r>
        <w:t>6.对所报专业领域的科学研究有浓厚的兴趣，有较强的科研潜力。</w:t>
      </w:r>
    </w:p>
    <w:p>
      <w:r>
        <w:t>申请材料</w:t>
      </w:r>
    </w:p>
    <w:p>
      <w:r>
        <w:t>1.《西北农林科技大学优秀大学生夏令营申请表》；</w:t>
      </w:r>
    </w:p>
    <w:p>
      <w:r>
        <w:t>2.前三年本科阶段成绩单（须本科所在学校教务部门盖章并注明专业排名和专业总人数）；</w:t>
      </w:r>
    </w:p>
    <w:p>
      <w:r>
        <w:t>3.国家英语四、六级考试、TOEFL、GRE/GMAT 成绩等英 语水平的证明；</w:t>
      </w:r>
    </w:p>
    <w:p>
      <w:r>
        <w:t>4.相关专业导师专家推荐信；</w:t>
      </w:r>
    </w:p>
    <w:p>
      <w:r>
        <w:t>5.其它材料，如获奖证书，发表或已录用的学术论文、 出版物、原创性成果等材料。</w:t>
      </w:r>
    </w:p>
    <w:p>
      <w:r>
        <w:t>申请流程</w:t>
      </w:r>
    </w:p>
    <w:p>
      <w:r>
        <w:t>网上系统报名：</w:t>
      </w:r>
    </w:p>
    <w:p>
      <w:r>
        <w:t>申请人须在规定时间内在我校夏令营报名系统中填报信息（申请网址：https://yjszs.nwafu.edu.cn/yjszs/plugins/zs/zsxsd/entrance#/entrance）。</w:t>
      </w:r>
    </w:p>
    <w:p>
      <w:r>
        <w:t>材料提交程序：</w:t>
      </w:r>
    </w:p>
    <w:p>
      <w:r>
        <w:t>申请人须将申请材料扫描为 PDF 格式电子版，在提交截止日期前按要求上传。未通过系统报名或未提交申请电子材料者，视作无效申请，不予受理。同时申请人须将以上5项申请材料按顺序扫描为一个PDF文件，以“姓名-本科毕业高校名称-申报专业名称-夏令营报名材料”命名，发送至邮箱：Berry123mxm@163.com（邮件名称：姓名-本科毕业高校名称-申报专业名称-夏令营报名材料）。</w:t>
      </w:r>
    </w:p>
    <w:p>
      <w:r>
        <w:t>网上报名及提交电子版材料截止日期为7月5日。</w:t>
      </w:r>
    </w:p>
    <w:p>
      <w:r>
        <w:t>只通过系统报名而未发邮件材料者，报名不予受理。</w:t>
      </w:r>
    </w:p>
    <w:p>
      <w:r>
        <w:t>资格确定</w:t>
      </w:r>
    </w:p>
    <w:p>
      <w:r>
        <w:t>1.学院成立专门工作小组，负责夏令营材料审核和夏令营入营资格审定。入营名单报研究生院审核后于2026年7月6日前在学院网站公布，并以电话或短信方式直接通知本人，请保持手机畅通。未接到入营通知的同学为未入选，不另行通知。</w:t>
      </w:r>
    </w:p>
    <w:p>
      <w:r>
        <w:t>2.入选营员请在名单公布之日起1日内确认是否参加，逾期未确认的，视为自动放弃此资格。</w:t>
      </w:r>
    </w:p>
    <w:p>
      <w:r>
        <w:t>相关政策</w:t>
      </w:r>
    </w:p>
    <w:p>
      <w:r>
        <w:t>夏令营期间参营营员交通、食宿费用自理。</w:t>
      </w:r>
    </w:p>
    <w:p>
      <w:r>
        <w:t>注意事项</w:t>
      </w:r>
    </w:p>
    <w:p>
      <w:r>
        <w:t>1.参加夏令营的学生必须遵守马克思主义学院的相关规定，按照统一的安排进行活动。</w:t>
      </w:r>
    </w:p>
    <w:p>
      <w:r>
        <w:t>2.在申请过程中有弄虚作假行为者，取消参营资格。</w:t>
      </w:r>
    </w:p>
    <w:p>
      <w:r>
        <w:t>地址：陕西杨凌西农路22号，西北农林科技大学马克思主义学院综合办公室；</w:t>
      </w:r>
    </w:p>
    <w:p>
      <w:r>
        <w:t>邮编：712100</w:t>
      </w:r>
    </w:p>
    <w:p>
      <w:r>
        <w:t>联系人：毛老师</w:t>
      </w:r>
    </w:p>
    <w:p>
      <w:r>
        <w:t>联系电话： 029-87092208</w:t>
      </w:r>
    </w:p>
    <w:p>
      <w:r>
        <w:t>Email：Berry123mxm@163.com</w:t>
      </w:r>
    </w:p>
    <w:p>
      <w:r>
        <w:t>马克思主义学院</w:t>
      </w:r>
    </w:p>
    <w:p>
      <w:r>
        <w:t>2026年6月25日</w:t>
      </w:r>
    </w:p>
    <w:p>
      <w:r>
        <w:t>相关附件</w:t>
      </w:r>
    </w:p>
    <w:p>
      <w:r>
        <w:t>专家推荐意见书.doc</w:t>
      </w:r>
    </w:p>
    <w:p>
      <w:r>
        <w:t>西北农林科技大学2026年优秀大学生暑期夏令营申请表.docx</w:t>
      </w:r>
    </w:p>
    <w:p>
      <w:r>
        <w:t>中华人民共和国教育部</w:t>
      </w:r>
    </w:p>
    <w:p>
      <w:r>
        <w:t>陕西省教育厅</w:t>
      </w:r>
    </w:p>
    <w:p>
      <w:r>
        <w:t>北京大学马克思主义学院</w:t>
      </w:r>
    </w:p>
    <w:p>
      <w:r>
        <w:t>清华大学马克思主义学院</w:t>
      </w:r>
    </w:p>
    <w:p>
      <w:r>
        <w:t>中国农大马克思主义学院</w:t>
      </w:r>
    </w:p>
    <w:p>
      <w:r>
        <w:t>西北农林科技大学-马克思主义学院 | Department of NWSUAF</w:t>
      </w:r>
    </w:p>
    <w:p>
      <w:r>
        <w:t>地址：陕西省杨凌示范区西北农林科技大学</w:t>
      </w:r>
    </w:p>
    <w:p>
      <w:r>
        <w:t>电话：029-87092002</w:t>
      </w:r>
    </w:p>
    <w:p>
      <w:r>
        <w:t>主管领导：王家武 网管员：王静 技术支持：绿道软件</w:t>
      </w:r>
    </w:p>
    <w:p>
      <w:r>
        <w:t>版权所有 西北农林科技大学马克思主义学院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