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传媒学院关于推荐2026届优秀应届本科毕业生免试攻读硕士学位研究生名单公示-广西民族大学传媒学院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传媒学院关于推荐2026届优秀应届本科毕业生免试攻读硕士学位研究生名单公示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公示单位：广西民族大学传媒学院。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公示事项：推荐2026届优秀应届本科毕业生免试攻读硕士学位研究生名单公示。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发表时间：2025年09月11日 08:10。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作者：传媒学院。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二、名单与说明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本次公示正文未提供具体推荐名单、人数、专业或学院明细、排名或评分方式及公示期等信息，原文仅包含上述标题、发表时间、作者及页面操作提示内容。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