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经济学院2026届推荐免试攻读硕士学位研究生遴选名单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经济学院2026届推荐免试攻读硕士学位研究生遴选名单，分为普通类型和本校直博类型两类，共24人。其中普通类型21人，本校直博类型3人。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发布日期（推定）：2025年9月18日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一、普通类型（21人）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58"/>
        <w:gridCol w:w="2158"/>
        <w:gridCol w:w="2158"/>
        <w:gridCol w:w="2158"/>
      </w:tblGrid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序号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类型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班级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普通类型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经济创新2201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戚凯宇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普通类型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经济创新2201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叶宸麟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普通类型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经济创新2201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范琳怡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普通类型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经济创新2201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罗非凡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普通类型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经济创新2201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朱韬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普通类型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经济创新2201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陈雨欣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普通类型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经济创新2201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赵舒雯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普通类型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经济2202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何新杰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普通类型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国贸创新2201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洪晓妤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普通类型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国贸创新2201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秦依祎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11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普通类型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国贸创新2201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应正业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普通类型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国贸创新2201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林欣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普通类型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国贸创新2201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陈思雅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14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普通类型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数字经济2202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徐诗然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15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普通类型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数字经济2202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虞冰尹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16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普通类型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数字经济2203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陈诗宇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17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普通类型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数字经济2201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叶萱萱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18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普通类型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数字经济2201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袁先建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19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普通类型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数字经济2203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蔡婉婷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普通类型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数字经济2203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马静薇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21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普通类型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数字经济2203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李雨华</w:t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二、本校直博类型（3人）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58"/>
        <w:gridCol w:w="2158"/>
        <w:gridCol w:w="2158"/>
        <w:gridCol w:w="2158"/>
      </w:tblGrid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序号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类型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班级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本校直博类型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经济创新2201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林婧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本校直博类型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经济创新2201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谢宇彬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本校直博类型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数字经济2203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罗咏柯</w:t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三、说明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名单按普通类型、本校直博类型分别列出，普通类型21人，本校直博类型3人，合计24人。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涉及班级包括经济创新2201、经济2202、国贸创新2201、数字经济2201、数字经济2202、数字经济2203。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原文未提供排名或评分方式、公示期信息。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