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建筑与城乡规划学院2026年推荐优秀应届本科毕业生免试攻读研究生拟推荐名单公示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国家教育部及《福州大学推荐优秀应届本科毕业生免试攻读研究生工作实施办法（2022年修订）》（福大招考〔2022〕5号）、《福州大学关于印发学生高水平科创竞赛奖励办法的通知》（福大学〔2025〕46号）、《关于做好我校2026年推荐优秀应届本科毕业生免试攻读研究生工作的通知》及《建筑与城乡规划学院2026年推荐优秀应届本科毕业生免试攻读硕士学位研究生工作方案》等文件精神，按照公平、公正、公开原则，经学生个人申请、学院推免生遴选工作领导小组审核评议、学院党政联席会研究，确定建筑与城乡规划学院2026年推荐优秀应届本科毕业生免试攻读研究生拟推荐名单，现予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建筑学专业正选（9人）：张菱桐、吴梦雪、陈锦怡、李思奕、林逸航、蔡安琪、张奕瑾、黄佳璇、林嘉欣（综合排名1-9，均非特殊学术专长推荐）。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城乡规划专业正选（6人）：张羽晴、陈宇欣、梁谷兰、吴晨希、刘语欣、涂思怡（综合排名1-6，均非特殊学术专长推荐）。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风景园林专业正选（3人）：连怡、王焮妤、李未熙（综合排名1-3，均非特殊学术专长推荐）。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二、候补名单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城乡规划专业候补：王斯佳（综合排名7，候补01）。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建筑学专业候补：黄斯楷（综合排名10，候补02）。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风景园林专业候补：王嘉莹（综合排名4，候补03）。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三、公示时间与异议反馈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公示期：2025年9月15日至2025年9月17日。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公示期内如有异议，可拨打电话：0591-22866387进行申诉。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建筑与城乡规划学院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2025年9月15日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