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海南师范大学推荐2026年优秀应届本科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海南师范大学推荐2026年优秀应届本科毕业生免试攻读研究生资格名单公示，涉及以下学院，各学院公示链接如下：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一、物理与电子工程学院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二、初等教育学院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三、马克思主义学院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四、心理学院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五、文学院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六、历史文化学院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七、新闻传播与影视学院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八、法学院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九、经济与管理学院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十、外国语学院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十一、音乐学院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十二、美术学院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十三、数学与统计学院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十四、信息科学技术学院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十五、化学与化工学院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十六、生命科学学院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十七、体育（足球）学院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十八、地理与环境科学学院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十九、旅游学院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二十、国际教育学院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二十一、教育学院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