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法学院接收2026级推荐免试生预报名通知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法学院接收2026级推荐免试生预报名通知.pdf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联系我们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地址：天津市海河教育园区同砚路38号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邮编：300071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电话：022-85358399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常用链接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南开大学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南开大学信息门户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网上办事大厅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财务信息平台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电子邮编系统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办公自动化系统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欢迎关注公众号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版权所有@南开大学法学院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