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附件：复试名单姓名身份证号后4位卜斯洋0033曹柏胜523X陈鹏辉5014陈炫宏1517陈增铭1674陈致睿0316陈子扬0032崔资妍1823邓景耀0036丁翔2912方睿0012房御恒2719付宇轩9351韩逸飞0413洪凯隆3138胡闽0455黄奥博0196黄涵6845黄俊玮081X纪佳序3611贾博涵8813江正纮0616蒋应培0810库若男5569李豪扬001X李舒睿0041复试名单李欣7226梁俊谦0635廖嘉虹3769林华勋1910刘恒0135刘嘉铭0054刘洁馨1520刘贤滢1223罗烯月2321罗贻燊471X麦天宇3416欧逸诚0136秦培森3214单仁超2673施丹宸1645孙博文3371陶汪杰0578涂文俊7513涂玉婷1842王家旭0037王熙蕾6545王尧霆0070王宇轩3277王缜焘3634王紫芹5126韦银盈2880魏宇锐1570翁敬贤0014吴宏辉0215吴剑涛0035吴屹涛0010熊翊翊0032徐凝0242许昂2554许栋程853X许峻威1671严兆涛4418阳运鸿2510杨国力0019杨津晶818X杨炎鑫5552游景翔6613湛仪凡0136张龙301X章子豪7131赵博林2010赵俊岚8036赵心宁4827钟墉0612钟咏卉5426周宇昂0055朱冠羽4611朱永祺1016邹文博2037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本名单为复试名单，共 76 人。名单信息包括姓名及身份证号后 4 位，具体如下：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身份证号后4位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卜斯洋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0033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曹柏胜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523X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陈鹏辉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5014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陈炫宏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1517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陈增铭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1674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陈致睿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0316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陈子扬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0032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崔资妍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1823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邓景耀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0036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丁翔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2912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方睿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0012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房御恒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2719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付宇轩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9351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韩逸飞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0413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洪凯隆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3138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胡闽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0455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黄奥博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0196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黄涵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6845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黄俊玮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081X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纪佳序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3611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贾博涵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8813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江正纮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0616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蒋应培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库若男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5569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李豪扬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001X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李舒睿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0041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7226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梁俊谦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0635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廖嘉虹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3769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林华勋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1910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刘恒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0135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刘嘉铭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0054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刘洁馨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1520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刘贤滢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1223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罗烯月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2321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罗贻燊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471X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麦天宇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3416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欧逸诚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0136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秦培森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3214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单仁超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2673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施丹宸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1645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孙博文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3371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陶汪杰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0578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涂文俊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7513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涂玉婷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1842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王家旭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0037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王熙蕾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6545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王尧霆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0070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王宇轩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3277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王缜焘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3634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王紫芹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5126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韦银盈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2880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魏宇锐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1570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翁敬贤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0014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吴宏辉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0215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吴剑涛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0035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吴屹涛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0010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熊翊翊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0032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徐凝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0242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许昂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2554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许栋程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853X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许峻威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1671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严兆涛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4418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阳运鸿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2510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杨国力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0019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杨津晶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818X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杨炎鑫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5552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游景翔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6613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湛仪凡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0136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张龙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301X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章子豪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7131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赵博林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2010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赵俊岚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8036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赵心宁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4827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钟墉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0612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钟咏卉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5426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周宇昂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0055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朱冠羽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4611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朱永祺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1016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邹文博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2037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