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北京外国语大学日语学院（日本学研究中心）2026年接收推免生考试录取结果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北京外国语大学日语学院（日本学研究中心）2026年接收推免生考试录取结果。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二、录取结果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本科就读高校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原文仅提供表头字段（学院、专业、考生姓名、本科就读高校），未给出具体录取人数、专业明细、排名或评分方式及公示期信息。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