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华中农业大学资源与环境学院关于举办2026年优秀大学生研学营活动的通知</w:t>
      </w:r>
    </w:p>
    <w:p>
      <w:pPr>
        <w:ind w:firstLine="480"/>
      </w:pPr>
      <w:r>
        <w:t>华中农业大学资源与环境学院关于举办2026年优秀大学生研学营活动的通知</w:t>
      </w:r>
    </w:p>
    <w:p>
      <w:pPr>
        <w:ind w:firstLine="480"/>
      </w:pPr>
      <w:r>
        <w:t>发布时间：2026-06-24</w:t>
      </w:r>
    </w:p>
    <w:p>
      <w:pPr>
        <w:ind w:firstLine="480"/>
      </w:pPr>
      <w:r>
        <w:t>华中农业大学是教育部直属的全国重点高校，于2005年进入国家“211工程”建设行列，2017年列入国家“双一流”建设行列。资源与环境学院的前身是建于1948年的武汉大学农业化学系，现已发展成为现代农业、生态环保等协同发展的多学科学院。为使国内高校优秀本科生深入了解华中农业大学资源与环境学院，促进高校间青年学生的交流、互动，学院拟于今年7月举办“2026年优秀大学生研学营”活动，现将相关事宜通知如下。</w:t>
      </w:r>
    </w:p>
    <w:p>
      <w:pPr>
        <w:ind w:firstLine="480"/>
      </w:pPr>
      <w:r>
        <w:t>一、申请条件</w:t>
      </w:r>
    </w:p>
    <w:p>
      <w:pPr>
        <w:ind w:firstLine="480"/>
      </w:pPr>
      <w:r>
        <w:t>1.优秀2027届本科毕业生，政治过硬，积极向上，身心健康，遵纪守法；</w:t>
      </w:r>
    </w:p>
    <w:p>
      <w:pPr>
        <w:ind w:firstLine="480"/>
      </w:pPr>
      <w:r>
        <w:t>2.对学院学科有浓厚兴趣，有较强的科研潜力或实践应用能力，有意向到华中农业大学资源与环境学院学习深造；</w:t>
      </w:r>
    </w:p>
    <w:p>
      <w:pPr>
        <w:ind w:firstLine="480"/>
      </w:pPr>
      <w:r>
        <w:t>3.本科期间学习成绩优秀，学习成绩前5个学期GPA排名本专业前40%；</w:t>
      </w:r>
    </w:p>
    <w:p>
      <w:pPr>
        <w:ind w:firstLine="480"/>
      </w:pPr>
      <w:r>
        <w:t>4.大学英语四级考试成绩425分及以上，同等条件下通过大学英语六级考试者优先；</w:t>
      </w:r>
    </w:p>
    <w:p>
      <w:pPr>
        <w:ind w:firstLine="480"/>
      </w:pPr>
      <w:r>
        <w:t>5.若不符合第3、4条，但具有特别科研潜质或在本科阶段取得突出科研、竞赛成果，可凭相关证明材料及学生所在专业领域两名副教授及以上职称教师推荐信（见附件）报名。</w:t>
      </w:r>
    </w:p>
    <w:p>
      <w:pPr>
        <w:ind w:firstLine="480"/>
      </w:pPr>
      <w:r>
        <w:t>二、申请材料</w:t>
      </w:r>
    </w:p>
    <w:p>
      <w:pPr>
        <w:ind w:firstLine="480"/>
      </w:pPr>
      <w:r>
        <w:t>1.《华中农业大学资源与环境学院2026年优秀大学生研学营申请表》（见附件1）；</w:t>
      </w:r>
    </w:p>
    <w:p>
      <w:pPr>
        <w:ind w:firstLine="480"/>
      </w:pPr>
      <w:r>
        <w:t>2.本科阶段成绩单及大学前5学期GPA本专业排名证明材料扫描件（见附件2）；</w:t>
      </w:r>
    </w:p>
    <w:p>
      <w:pPr>
        <w:ind w:firstLine="480"/>
      </w:pPr>
      <w:r>
        <w:t>3.主要获奖荣誉证书扫描件；</w:t>
      </w:r>
    </w:p>
    <w:p>
      <w:pPr>
        <w:ind w:firstLine="480"/>
      </w:pPr>
      <w:r>
        <w:t>4.大学英语四级、六级考试成绩单扫描件；</w:t>
      </w:r>
    </w:p>
    <w:p>
      <w:pPr>
        <w:ind w:firstLine="480"/>
      </w:pPr>
      <w:r>
        <w:t>5.体现自身学术水平的代表性学术论文、出版物或原创性工作成果的扫描件。</w:t>
      </w:r>
    </w:p>
    <w:p>
      <w:pPr>
        <w:ind w:firstLine="480"/>
      </w:pPr>
      <w:r>
        <w:t>6.符合申请条件（5），须提交专家推荐信扫描件（见附件3）。</w:t>
      </w:r>
    </w:p>
    <w:p>
      <w:pPr>
        <w:ind w:firstLine="480"/>
      </w:pPr>
      <w:r>
        <w:t>上述材料按照顺序全部编辑为一个PDF文件，文件命名为“姓名+研学营”并上传报名系统。</w:t>
      </w:r>
    </w:p>
    <w:p>
      <w:pPr>
        <w:ind w:firstLine="480"/>
      </w:pPr>
      <w:r>
        <w:t>三、时间安排</w:t>
      </w:r>
    </w:p>
    <w:p>
      <w:pPr>
        <w:ind w:firstLine="480"/>
      </w:pPr>
      <w:r>
        <w:t>1.有意向同学6月30日18:00前点击下方报名链接或扫描二维码完成线上报名。</w:t>
      </w:r>
    </w:p>
    <w:p>
      <w:pPr>
        <w:ind w:firstLine="480"/>
      </w:pPr>
      <w:r>
        <w:t>报名链接：</w:t>
      </w:r>
    </w:p>
    <w:p>
      <w:pPr>
        <w:ind w:firstLine="480"/>
      </w:pPr>
      <w:r>
        <w:t>https://jfqaoxcn.jsjform.com/f/fCrxoE</w:t>
      </w:r>
    </w:p>
    <w:p>
      <w:pPr>
        <w:ind w:firstLine="480"/>
      </w:pPr>
      <w:r>
        <w:t>2.学院7月2日前根据报名情况进行综合筛选，确定入围营员名单，在学院网站公示（</w:t>
      </w:r>
    </w:p>
    <w:p>
      <w:pPr>
        <w:ind w:firstLine="480"/>
      </w:pPr>
      <w:r>
        <w:t>http://zyhj.hzau.edu.cn</w:t>
      </w:r>
    </w:p>
    <w:p>
      <w:pPr>
        <w:ind w:firstLine="480"/>
      </w:pPr>
      <w:r>
        <w:t>），并以邮件方式通知本人。未入选者，不另行通知。</w:t>
      </w:r>
    </w:p>
    <w:p>
      <w:pPr>
        <w:ind w:firstLine="480"/>
      </w:pPr>
      <w:r>
        <w:t>3.入选营员7月5日前回复电子邮件确认，逾期未回复者视为自动放弃此资格。</w:t>
      </w:r>
    </w:p>
    <w:p>
      <w:pPr>
        <w:ind w:firstLine="480"/>
      </w:pPr>
      <w:r>
        <w:t>4.学院7月8日-7月10日线下开展研学营，组织师生对话交流、参观考察等活动，帮助营员了解学校学院情况，增进交流。</w:t>
      </w:r>
    </w:p>
    <w:p>
      <w:pPr>
        <w:ind w:firstLine="480"/>
      </w:pPr>
      <w:r>
        <w:t>四、其他事宜</w:t>
      </w:r>
    </w:p>
    <w:p>
      <w:pPr>
        <w:ind w:firstLine="480"/>
      </w:pPr>
      <w:r>
        <w:t>1.学院统一为营员购买研学营活动期间的意外保险，并提供免费住宿。</w:t>
      </w:r>
    </w:p>
    <w:p>
      <w:pPr>
        <w:ind w:firstLine="480"/>
      </w:pPr>
      <w:r>
        <w:t>2.研学营不收取任何费用。</w:t>
      </w:r>
    </w:p>
    <w:p>
      <w:pPr>
        <w:ind w:firstLine="480"/>
      </w:pPr>
      <w:r>
        <w:t>3.未尽事宜由华中农业大学资源与环境学院解释。</w:t>
      </w:r>
    </w:p>
    <w:p>
      <w:pPr>
        <w:ind w:firstLine="480"/>
      </w:pPr>
      <w:r>
        <w:t>五、联系方式</w:t>
      </w:r>
    </w:p>
    <w:p>
      <w:pPr>
        <w:ind w:firstLine="480"/>
      </w:pPr>
      <w:r>
        <w:t>联系人：艾力老师</w:t>
      </w:r>
    </w:p>
    <w:p>
      <w:pPr>
        <w:ind w:firstLine="480"/>
      </w:pPr>
      <w:r>
        <w:t>电 话：027-87282163</w:t>
      </w:r>
    </w:p>
    <w:p>
      <w:pPr>
        <w:ind w:firstLine="480"/>
      </w:pPr>
      <w:r>
        <w:t>邮 箱：</w:t>
      </w:r>
    </w:p>
    <w:p>
      <w:pPr>
        <w:ind w:firstLine="480"/>
      </w:pPr>
      <w:r>
        <w:t>aili@mail.hzau.edu.cn</w:t>
      </w:r>
    </w:p>
    <w:p>
      <w:pPr>
        <w:ind w:firstLine="480"/>
      </w:pPr>
      <w:r>
        <w:t>华中农业大学资源与环境学院</w:t>
      </w:r>
    </w:p>
    <w:p>
      <w:pPr>
        <w:ind w:firstLine="480"/>
      </w:pPr>
      <w:r>
        <w:t>2026年6月24日</w:t>
      </w:r>
    </w:p>
    <w:p>
      <w:pPr>
        <w:ind w:firstLine="480"/>
      </w:pPr>
      <w:r>
        <w:t>学院2023年优秀大学生研学营合影</w:t>
      </w:r>
    </w:p>
    <w:p>
      <w:pPr>
        <w:ind w:firstLine="480"/>
      </w:pPr>
      <w:r>
        <w:t>学院2024年优秀大学生研学营合影</w:t>
      </w:r>
    </w:p>
    <w:p>
      <w:pPr>
        <w:ind w:firstLine="480"/>
      </w:pPr>
      <w:r>
        <w:t>学院2025年优秀大学生研学营合影</w:t>
      </w:r>
    </w:p>
    <w:p>
      <w:pPr>
        <w:ind w:firstLine="480"/>
      </w:pPr>
      <w:r>
        <w:t>资源与环境学院2026年9月硕士研究生学位论文答辩公告(持续更新中)</w:t>
      </w:r>
    </w:p>
    <w:p>
      <w:pPr>
        <w:ind w:firstLine="480"/>
      </w:pPr>
      <w:r>
        <w:t>关于2025级本科生班主任助理工作考核和优秀班主任助理评选结果的公示</w:t>
      </w:r>
    </w:p>
    <w:p>
      <w:pPr>
        <w:ind w:firstLine="480"/>
      </w:pPr>
      <w:r>
        <w:t>附件【</w:t>
      </w:r>
    </w:p>
    <w:p>
      <w:pPr>
        <w:ind w:firstLine="480"/>
      </w:pPr>
      <w:r>
        <w:t>华中农业大学资源与环境学院2026年优秀大学生研学营活动报名附件.doc</w:t>
      </w:r>
    </w:p>
    <w:p>
      <w:pPr>
        <w:ind w:firstLine="480"/>
      </w:pPr>
      <w:r>
        <w:t>】已下载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