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苏州大学教育学院2026年推荐优秀应届本科毕业生免试攻读研究生实施细则</w:t>
      </w:r>
    </w:p>
    <w:p/>
    <w:p>
      <w:pPr>
        <w:spacing w:line="360" w:lineRule="auto" w:before="0" w:after="80"/>
        <w:ind w:firstLine="482"/>
        <w:jc w:val="both"/>
      </w:pPr>
      <w:r>
        <w:rPr>
          <w:rFonts w:ascii="Times New Roman" w:hAnsi="Times New Roman" w:eastAsia="宋体"/>
          <w:b w:val="0"/>
          <w:sz w:val="24"/>
        </w:rPr>
        <w:t>苏州大学教育学院2026年推荐优秀应届本科毕业生免试攻读研究生实施细则</w:t>
      </w:r>
    </w:p>
    <w:p/>
    <w:p>
      <w:pPr>
        <w:spacing w:line="360" w:lineRule="auto" w:before="120" w:after="60"/>
        <w:ind w:firstLine="0"/>
        <w:jc w:val="left"/>
      </w:pPr>
      <w:r>
        <w:rPr>
          <w:rFonts w:ascii="Times New Roman" w:hAnsi="Times New Roman" w:eastAsia="宋体"/>
          <w:b/>
          <w:sz w:val="24"/>
        </w:rPr>
        <w:t>时间: 2025-09-04 浏览次数: 12</w:t>
      </w:r>
    </w:p>
    <w:p/>
    <w:p>
      <w:pPr>
        <w:spacing w:line="360" w:lineRule="auto" w:before="0" w:after="80"/>
        <w:ind w:firstLine="482"/>
        <w:jc w:val="both"/>
      </w:pPr>
      <w:r>
        <w:rPr>
          <w:rFonts w:ascii="Times New Roman" w:hAnsi="Times New Roman" w:eastAsia="宋体"/>
          <w:b w:val="0"/>
          <w:sz w:val="24"/>
        </w:rPr>
        <w:t>根据教育部、江苏省教育厅及学校《苏州大学推荐优秀应届本科毕业生免试攻读研究生工作实施办法（2025年修订）等文件精神和学校《关于组织开展推荐2026年优秀应届本科毕业生免试攻读研究生工作的通知》（教字﹝2025﹞179号）的要求，结合我院实际，制定本实施细则，现予以公布。</w:t>
      </w:r>
    </w:p>
    <w:p/>
    <w:p>
      <w:pPr>
        <w:spacing w:line="360" w:lineRule="auto" w:before="160" w:after="80"/>
        <w:ind w:firstLine="0"/>
        <w:jc w:val="left"/>
      </w:pPr>
      <w:r>
        <w:rPr>
          <w:rFonts w:ascii="Times New Roman" w:hAnsi="Times New Roman" w:eastAsia="宋体"/>
          <w:b/>
          <w:sz w:val="28"/>
        </w:rPr>
        <w:t>一、推免条件与自主报名</w:t>
      </w:r>
    </w:p>
    <w:p/>
    <w:p>
      <w:pPr>
        <w:spacing w:line="360" w:lineRule="auto" w:before="0" w:after="80"/>
        <w:ind w:firstLine="482"/>
        <w:jc w:val="both"/>
      </w:pPr>
      <w:r>
        <w:rPr>
          <w:rFonts w:ascii="Times New Roman" w:hAnsi="Times New Roman" w:eastAsia="宋体"/>
          <w:b w:val="0"/>
          <w:sz w:val="24"/>
        </w:rPr>
        <w:t>推免工作坚持德智体美劳全面衡量的导向，坚持以德为先、全面发展的评价标准，坚持公平公正、择优录取的原则，申请推免的学生须满足以下条件：</w:t>
      </w:r>
    </w:p>
    <w:p/>
    <w:p>
      <w:pPr>
        <w:spacing w:line="360" w:lineRule="auto" w:before="0" w:after="80"/>
        <w:ind w:firstLine="482"/>
        <w:jc w:val="both"/>
      </w:pPr>
      <w:r>
        <w:rPr>
          <w:rFonts w:ascii="Times New Roman" w:hAnsi="Times New Roman" w:eastAsia="宋体"/>
          <w:b w:val="0"/>
          <w:sz w:val="24"/>
        </w:rPr>
        <w:t>1. 拥护党的领导，坚定社会主义信念，具有高尚的爱国主义情操和集体主义精神，社会责任感强，遵纪守法，积极向上，身心健康；诚实守信，学风端正，品行表现优良，有良好的科学素养和探究精神，无任何剽窃他人学术成果等学术不端记录，无任何违法违纪受处分记录。</w:t>
      </w:r>
    </w:p>
    <w:p/>
    <w:p>
      <w:pPr>
        <w:spacing w:line="360" w:lineRule="auto" w:before="0" w:after="80"/>
        <w:ind w:firstLine="482"/>
        <w:jc w:val="both"/>
      </w:pPr>
      <w:r>
        <w:rPr>
          <w:rFonts w:ascii="Times New Roman" w:hAnsi="Times New Roman" w:eastAsia="宋体"/>
          <w:b w:val="0"/>
          <w:sz w:val="24"/>
        </w:rPr>
        <w:t>为保护广大毕业生的利益，特别强调：已被接收为推免生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p>
      <w:pPr>
        <w:spacing w:line="360" w:lineRule="auto" w:before="0" w:after="80"/>
        <w:ind w:firstLine="482"/>
        <w:jc w:val="both"/>
      </w:pPr>
      <w:r>
        <w:rPr>
          <w:rFonts w:ascii="Times New Roman" w:hAnsi="Times New Roman" w:eastAsia="宋体"/>
          <w:b w:val="0"/>
          <w:sz w:val="24"/>
        </w:rPr>
        <w:t>2.纳入国家普通本科招生计划录取，未曾计入历年应届本科毕业生范围、未曾参与过推免环节的应届本科毕业生（不含第二学士学位学生）；不属于委托培养、定向生、免费医学生等招生时即明确不得报考研究生的情形。</w:t>
      </w:r>
    </w:p>
    <w:p/>
    <w:p>
      <w:pPr>
        <w:spacing w:line="360" w:lineRule="auto" w:before="0" w:after="80"/>
        <w:ind w:firstLine="482"/>
        <w:jc w:val="both"/>
      </w:pPr>
      <w:r>
        <w:rPr>
          <w:rFonts w:ascii="Times New Roman" w:hAnsi="Times New Roman" w:eastAsia="宋体"/>
          <w:b w:val="0"/>
          <w:sz w:val="24"/>
        </w:rPr>
        <w:t>3.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五年制为前四学年）所属专业指导性教学计划中规定的所有必修类课程（因学校课程安排等造成的客观原因除外）；课程平均学分绩点（GPA）在本专业名列前茅，外语水平优秀。</w:t>
      </w:r>
    </w:p>
    <w:p/>
    <w:p>
      <w:pPr>
        <w:spacing w:line="360" w:lineRule="auto" w:before="0" w:after="80"/>
        <w:ind w:firstLine="482"/>
        <w:jc w:val="both"/>
      </w:pPr>
      <w:r>
        <w:rPr>
          <w:rFonts w:ascii="Times New Roman" w:hAnsi="Times New Roman" w:eastAsia="宋体"/>
          <w:b w:val="0"/>
          <w:sz w:val="24"/>
        </w:rPr>
        <w:t>凡教育学院2026届本科毕业生符合推免条件者均可报考。</w:t>
      </w:r>
    </w:p>
    <w:p/>
    <w:p>
      <w:pPr>
        <w:spacing w:line="360" w:lineRule="auto" w:before="160" w:after="80"/>
        <w:ind w:firstLine="0"/>
        <w:jc w:val="left"/>
      </w:pPr>
      <w:r>
        <w:rPr>
          <w:rFonts w:ascii="Times New Roman" w:hAnsi="Times New Roman" w:eastAsia="宋体"/>
          <w:b/>
          <w:sz w:val="28"/>
        </w:rPr>
        <w:t>二、推免组织工作</w:t>
      </w:r>
    </w:p>
    <w:p/>
    <w:p>
      <w:pPr>
        <w:spacing w:line="360" w:lineRule="auto" w:before="160" w:after="80"/>
        <w:ind w:firstLine="0"/>
        <w:jc w:val="left"/>
      </w:pPr>
      <w:r>
        <w:rPr>
          <w:rFonts w:ascii="Times New Roman" w:hAnsi="Times New Roman" w:eastAsia="宋体"/>
          <w:b/>
          <w:sz w:val="28"/>
        </w:rPr>
        <w:t>1.组建学院推免工作小组</w:t>
      </w:r>
    </w:p>
    <w:p/>
    <w:p>
      <w:pPr>
        <w:spacing w:line="360" w:lineRule="auto" w:before="0" w:after="80"/>
        <w:ind w:firstLine="482"/>
        <w:jc w:val="both"/>
      </w:pPr>
      <w:r>
        <w:rPr>
          <w:rFonts w:ascii="Times New Roman" w:hAnsi="Times New Roman" w:eastAsia="宋体"/>
          <w:b w:val="0"/>
          <w:sz w:val="24"/>
        </w:rPr>
        <w:t>经学院党政联席会讨论后组建学院推免工作小组。推免工作小组由学院主要负责人，分管本科教学工作、研究生教学工作、学生工作领导，纪检委员，专家教授代表（副教授以上职称，不少于3人）、教务秘书及辅导员等构成。具体名单如下：组长：冯成志、宋清华；副组长：曹永国、冯文锋、朱晨花；成员：常静、秦炜炜、余庆、周成军、宋玲玲、苏兴亚。学院推免工作小组负责制定本单位推免工作细则和具体工作的组织与实施。</w:t>
      </w:r>
    </w:p>
    <w:p/>
    <w:p>
      <w:pPr>
        <w:spacing w:line="360" w:lineRule="auto" w:before="160" w:after="80"/>
        <w:ind w:firstLine="0"/>
        <w:jc w:val="left"/>
      </w:pPr>
      <w:r>
        <w:rPr>
          <w:rFonts w:ascii="Times New Roman" w:hAnsi="Times New Roman" w:eastAsia="宋体"/>
          <w:b/>
          <w:sz w:val="28"/>
        </w:rPr>
        <w:t>2.建立健全学院推免工作回避和报备制度</w:t>
      </w:r>
    </w:p>
    <w:p/>
    <w:p>
      <w:pPr>
        <w:spacing w:line="360" w:lineRule="auto" w:before="0" w:after="80"/>
        <w:ind w:firstLine="482"/>
        <w:jc w:val="both"/>
      </w:pPr>
      <w:r>
        <w:rPr>
          <w:rFonts w:ascii="Times New Roman" w:hAnsi="Times New Roman" w:eastAsia="宋体"/>
          <w:b w:val="0"/>
          <w:sz w:val="24"/>
        </w:rPr>
        <w:t>按照《苏州大学推荐优秀应届本科毕业生免试攻读研究生工作实施办法（2025年修订）第十五条规定，推免工作实行回避及报备制度。推免相关工作人员有直系亲属或利益相关人员（如收费辅导教学等）报名参加本单位推免招生的须主动申请回避，有非直系亲属等报名参加推免招生的要主动报备。相关学生申请推免资格时也应主动报备声明。</w:t>
      </w:r>
    </w:p>
    <w:p/>
    <w:p>
      <w:pPr>
        <w:spacing w:line="360" w:lineRule="auto" w:before="0" w:after="80"/>
        <w:ind w:firstLine="482"/>
        <w:jc w:val="both"/>
      </w:pPr>
      <w:r>
        <w:rPr>
          <w:rFonts w:ascii="Times New Roman" w:hAnsi="Times New Roman" w:eastAsia="宋体"/>
          <w:b w:val="0"/>
          <w:sz w:val="24"/>
        </w:rPr>
        <w:t>应回避和应报备的人员，应于9月9日（周二）10：00前，主动以书面形式向所在学院（部）递交报备书，说明相关情况，向学院进行回避申请或报备登记，工作人员、学生回避申请或报备上报宋玲玲老师。学院将相关回避申请及报备登记情况报学校教务处备案，对未按规定报备声明回避关系的推免相关工作人员，学校将依规依纪严肃处理；对未按规定报备声明回避关系且影响推免过程和结果公平公正的学生，学校将取消其推免资格。</w:t>
      </w:r>
    </w:p>
    <w:p/>
    <w:p>
      <w:pPr>
        <w:spacing w:line="360" w:lineRule="auto" w:before="160" w:after="80"/>
        <w:ind w:firstLine="0"/>
        <w:jc w:val="left"/>
      </w:pPr>
      <w:r>
        <w:rPr>
          <w:rFonts w:ascii="Times New Roman" w:hAnsi="Times New Roman" w:eastAsia="宋体"/>
          <w:b/>
          <w:sz w:val="28"/>
        </w:rPr>
        <w:t>3.时间节点</w:t>
      </w:r>
    </w:p>
    <w:p/>
    <w:p>
      <w:pPr>
        <w:spacing w:line="360" w:lineRule="auto" w:before="160" w:after="80"/>
        <w:ind w:firstLine="0"/>
        <w:jc w:val="left"/>
      </w:pPr>
      <w:r>
        <w:rPr>
          <w:rFonts w:ascii="Times New Roman" w:hAnsi="Times New Roman" w:eastAsia="宋体"/>
          <w:b/>
          <w:sz w:val="28"/>
        </w:rPr>
        <w:t>（1）动员工作：9月5日前在应届本科毕业生中动员和宣传学校各项推免政策、条件及学院的推免工作程序。</w:t>
      </w:r>
    </w:p>
    <w:p/>
    <w:p>
      <w:pPr>
        <w:spacing w:line="360" w:lineRule="auto" w:before="0" w:after="80"/>
        <w:ind w:firstLine="482"/>
        <w:jc w:val="both"/>
      </w:pPr>
      <w:r>
        <w:rPr>
          <w:rFonts w:ascii="Times New Roman" w:hAnsi="Times New Roman" w:eastAsia="宋体"/>
          <w:b w:val="0"/>
          <w:sz w:val="24"/>
        </w:rPr>
        <w:t>（2）符合推免申请条件的2026届预毕业本科生，于9月3日（周三）上午10:00至9月9日（周二）下午15:00，登录“苏州大学本科生推免申请系统”（网址：http://tmsq.jwb.suda.edu.cn，外网需先登录学校VPN），点击“推免申请”，并上传相关证明材料。该网址为此次申请校内推免资格的唯一网站,每位申请推免的学生必须登录此网站，进行申请和提交材料（参与校内推荐环节必需步骤）。</w:t>
      </w:r>
    </w:p>
    <w:p/>
    <w:p>
      <w:pPr>
        <w:spacing w:line="360" w:lineRule="auto" w:before="0" w:after="80"/>
        <w:ind w:firstLine="482"/>
        <w:jc w:val="both"/>
      </w:pPr>
      <w:r>
        <w:rPr>
          <w:rFonts w:ascii="Times New Roman" w:hAnsi="Times New Roman" w:eastAsia="宋体"/>
          <w:b w:val="0"/>
          <w:sz w:val="24"/>
        </w:rPr>
        <w:t>申请时务必认真阅读页面内的提示内容。系统开放申请期间，学生可随时登录修改申请信息、证明材料等，修改后须重新提交申请，“申请查询”栏目中最终状态显示为“申请成功”即为完成推免报名。（修改后未重新提交的，为无效申请！！！）。申请时间截止后系统将自动关闭，学生不能再申请或修改已提交的申请信息。9月11日起，学生可在推免申请系统中查询本人申请资格审核结果。</w:t>
      </w:r>
    </w:p>
    <w:p/>
    <w:p>
      <w:pPr>
        <w:spacing w:line="360" w:lineRule="auto" w:before="0" w:after="80"/>
        <w:ind w:firstLine="482"/>
        <w:jc w:val="both"/>
      </w:pPr>
      <w:r>
        <w:rPr>
          <w:rFonts w:ascii="Times New Roman" w:hAnsi="Times New Roman" w:eastAsia="宋体"/>
          <w:b w:val="0"/>
          <w:sz w:val="24"/>
        </w:rPr>
        <w:t>推免申请系统的其他说明：学生须打印《苏州大学本科毕业生推荐免试攻读研究生申请承诺书》（附件4），本人手写签名（不得使用电子签名）后，拍照上传申请系统。发展素质相关证明材料范围可根据《苏州大学推荐优秀应届本科毕业生免试攻读研究生工作实施办法（2025年修订）》第三章第八条第（四）点有关规定、本实施细则等文件进行准备和提交。此次申请的学生应在推免申请系统中选择“普通计划”类型；申请参加“研究生支教团”计划的学生按校团委相关工作通知执行。教务处将于本学期缓考成绩录入完成后，统一刷新推免申请系统中的成绩及排名等信息，即用于此次推免工作综合评价及遴选的学生成绩。学生提交推免申请时网页界面显示的GPA及排名仅供参考。</w:t>
      </w:r>
    </w:p>
    <w:p/>
    <w:p>
      <w:pPr>
        <w:spacing w:line="360" w:lineRule="auto" w:before="0" w:after="80"/>
        <w:ind w:firstLine="482"/>
        <w:jc w:val="both"/>
      </w:pPr>
      <w:r>
        <w:rPr>
          <w:rFonts w:ascii="Times New Roman" w:hAnsi="Times New Roman" w:eastAsia="宋体"/>
          <w:b w:val="0"/>
          <w:sz w:val="24"/>
        </w:rPr>
        <w:t>（3）发布推免公告：9月4日（周四）前在学院网站公布《苏州大学教育学院2026年推荐优秀应届本科毕业生免试攻读研究生实施细则》，含各专业推荐名额、推免生遴选条件等。</w:t>
      </w:r>
    </w:p>
    <w:p/>
    <w:p>
      <w:pPr>
        <w:spacing w:line="360" w:lineRule="auto" w:before="0" w:after="80"/>
        <w:ind w:firstLine="482"/>
        <w:jc w:val="both"/>
      </w:pPr>
      <w:r>
        <w:rPr>
          <w:rFonts w:ascii="Times New Roman" w:hAnsi="Times New Roman" w:eastAsia="宋体"/>
          <w:b w:val="0"/>
          <w:sz w:val="24"/>
        </w:rPr>
        <w:t>（4）学生申请材料报送：学生发展素质相关的纸质证明材料复印件（与上传推免申请系统的一致，含参军入伍服兵役、参加志愿服务、到国际组织实习、科研成果、竞赛获奖等），交至学院教务办公室1005-5608，若本人不在校可委托他人上交。截止时间9月9日下午15:00。</w:t>
      </w:r>
    </w:p>
    <w:p/>
    <w:p>
      <w:pPr>
        <w:spacing w:line="360" w:lineRule="auto" w:before="160" w:after="80"/>
        <w:ind w:firstLine="0"/>
        <w:jc w:val="left"/>
      </w:pPr>
      <w:r>
        <w:rPr>
          <w:rFonts w:ascii="Times New Roman" w:hAnsi="Times New Roman" w:eastAsia="宋体"/>
          <w:b/>
          <w:sz w:val="28"/>
        </w:rPr>
        <w:t>（5）审核学生申请资格：9月10日（周三）下午16:00点前，根据推免条件，由学院推免工作小组对学生提交的申请材料进行初核。</w:t>
      </w:r>
    </w:p>
    <w:p/>
    <w:p>
      <w:pPr>
        <w:spacing w:line="360" w:lineRule="auto" w:before="0" w:after="80"/>
        <w:ind w:firstLine="482"/>
        <w:jc w:val="both"/>
      </w:pPr>
      <w:r>
        <w:rPr>
          <w:rFonts w:ascii="Times New Roman" w:hAnsi="Times New Roman" w:eastAsia="宋体"/>
          <w:b w:val="0"/>
          <w:sz w:val="24"/>
        </w:rPr>
        <w:t>（6）综合评价及遴选：9月11日（周四），学院推免工作小组严格按《苏州大学推荐优秀应届本科毕业生免试攻读研究生工作实施办法（2025年修订）》、《苏州大学2026年推荐优秀应届本科毕业生免试攻读研究生工作方案》、本实施细则、《教育学院发展素质成绩加分规则》（附件1），对符合申请资格的学生展开综合评价。综合评价体系须坚持德智体美劳全面衡量，以德为先，严格遵循实事求是的原则，注重对学生政治态度、思想表现、道德品质、科学精神、诚实守信、遵纪守法等方面的考查，思想品德考核不合格者不予推荐。</w:t>
      </w:r>
    </w:p>
    <w:p/>
    <w:p>
      <w:pPr>
        <w:spacing w:line="360" w:lineRule="auto" w:before="0" w:after="80"/>
        <w:ind w:firstLine="482"/>
        <w:jc w:val="both"/>
      </w:pPr>
      <w:r>
        <w:rPr>
          <w:rFonts w:ascii="Times New Roman" w:hAnsi="Times New Roman" w:eastAsia="宋体"/>
          <w:b w:val="0"/>
          <w:sz w:val="24"/>
        </w:rPr>
        <w:t>学院推免工作小组在学校下达的限额内，根据申请者综合评价成绩，综合评价成绩满分500分=学业成绩（GPA*100）+发展素质成绩（满分100分），其中，GPA保留2位小数计算，发展素质成绩按以下五项打分：参军入伍服兵役（完成义务服兵役者计20分）、参加志愿服务（最高10分）、到有组织的国际组织实习（最高10分）、科研成果（最高30分）、竞赛获奖（最高30分）等，按专业排序确定拟推荐学生初选名单（可增报以综合评价成绩由高到低排序的1-2名替补名单）（若综合评价成绩相同，则GPA高者优先，若GPA相同，则以发展素质成绩中的科研成果高分者优先，若科研成果得分相同，则竞赛获奖高分者优先）。</w:t>
      </w:r>
    </w:p>
    <w:p/>
    <w:p>
      <w:pPr>
        <w:spacing w:line="360" w:lineRule="auto" w:before="0" w:after="80"/>
        <w:ind w:firstLine="482"/>
        <w:jc w:val="both"/>
      </w:pPr>
      <w:r>
        <w:rPr>
          <w:rFonts w:ascii="Times New Roman" w:hAnsi="Times New Roman" w:eastAsia="宋体"/>
          <w:b w:val="0"/>
          <w:sz w:val="24"/>
        </w:rPr>
        <w:t>学院推免工作小组负责审核、鉴定学生各项评价内容并评分，必要时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答辩全程录音录像。专家组每位成员均要签字确认审核结论。对与指导老师联合发表论文或参赛的，指导老师应出具推荐信，客观陈述学生在联合成果中所做的实际贡献。</w:t>
      </w:r>
    </w:p>
    <w:p/>
    <w:p>
      <w:pPr>
        <w:spacing w:line="360" w:lineRule="auto" w:before="0" w:after="80"/>
        <w:ind w:firstLine="482"/>
        <w:jc w:val="both"/>
      </w:pPr>
      <w:r>
        <w:rPr>
          <w:rFonts w:ascii="Times New Roman" w:hAnsi="Times New Roman" w:eastAsia="宋体"/>
          <w:b w:val="0"/>
          <w:sz w:val="24"/>
        </w:rPr>
        <w:t>（7）初选名单等材料报送及公示：根据学校要求，学院9月12日（周五）上午12:00前按要求将相关材料报送到教务处学籍管理科。学院初选名单在报送之日起，在学院网站的显著位置公示7天。</w:t>
      </w:r>
    </w:p>
    <w:p/>
    <w:p>
      <w:pPr>
        <w:spacing w:line="360" w:lineRule="auto" w:before="160" w:after="80"/>
        <w:ind w:firstLine="0"/>
        <w:jc w:val="left"/>
      </w:pPr>
      <w:r>
        <w:rPr>
          <w:rFonts w:ascii="Times New Roman" w:hAnsi="Times New Roman" w:eastAsia="宋体"/>
          <w:b/>
          <w:sz w:val="28"/>
        </w:rPr>
        <w:t>（8）学校审核和名单报送：9月19日前，学校审定初选名单并在校内通知中予以公示。</w:t>
      </w:r>
    </w:p>
    <w:p/>
    <w:p>
      <w:pPr>
        <w:spacing w:line="360" w:lineRule="auto" w:before="0" w:after="80"/>
        <w:ind w:firstLine="482"/>
        <w:jc w:val="both"/>
      </w:pPr>
      <w:r>
        <w:rPr>
          <w:rFonts w:ascii="Times New Roman" w:hAnsi="Times New Roman" w:eastAsia="宋体"/>
          <w:b w:val="0"/>
          <w:sz w:val="24"/>
        </w:rPr>
        <w:t>（9）推免生后续工作：申请学生若获得我校的推免资格，须按照教育部的要求，登录教育部“全国推荐免试攻读研究生信息公开管理服务系统”（https://yz.chsi.com.cn/tm，以下简称“教育部推免管理服务系统”）进行相应操作。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p>
      <w:pPr>
        <w:spacing w:line="360" w:lineRule="auto" w:before="0" w:after="80"/>
        <w:ind w:firstLine="482"/>
        <w:jc w:val="both"/>
      </w:pPr>
      <w:r>
        <w:rPr>
          <w:rFonts w:ascii="Times New Roman" w:hAnsi="Times New Roman" w:eastAsia="宋体"/>
          <w:b w:val="0"/>
          <w:sz w:val="24"/>
        </w:rPr>
        <w:t>拟将苏州大学作为推免接收单位的学生，还需关注苏州大学研究生院发布的接收推免生的相关通知，并按要求登录“苏州大学研究生报考服务系统”（http://gsas.yjs.suda.edu.cn）进行相应操作。</w:t>
      </w:r>
    </w:p>
    <w:p/>
    <w:p>
      <w:pPr>
        <w:spacing w:line="360" w:lineRule="auto" w:before="0" w:after="80"/>
        <w:ind w:firstLine="482"/>
        <w:jc w:val="both"/>
      </w:pPr>
      <w:r>
        <w:rPr>
          <w:rFonts w:ascii="Times New Roman" w:hAnsi="Times New Roman" w:eastAsia="宋体"/>
          <w:b w:val="0"/>
          <w:sz w:val="24"/>
        </w:rPr>
        <w:t>确定录取为推免生的同学将推免录取结果及时报送给辅导员。</w:t>
      </w:r>
    </w:p>
    <w:p/>
    <w:p>
      <w:pPr>
        <w:spacing w:line="360" w:lineRule="auto" w:before="160" w:after="80"/>
        <w:ind w:firstLine="0"/>
        <w:jc w:val="left"/>
      </w:pPr>
      <w:r>
        <w:rPr>
          <w:rFonts w:ascii="Times New Roman" w:hAnsi="Times New Roman" w:eastAsia="宋体"/>
          <w:b/>
          <w:sz w:val="28"/>
        </w:rPr>
        <w:t>三、问责机制</w:t>
      </w:r>
    </w:p>
    <w:p/>
    <w:p>
      <w:pPr>
        <w:spacing w:line="360" w:lineRule="auto" w:before="160" w:after="80"/>
        <w:ind w:firstLine="0"/>
        <w:jc w:val="left"/>
      </w:pPr>
      <w:r>
        <w:rPr>
          <w:rFonts w:ascii="Times New Roman" w:hAnsi="Times New Roman" w:eastAsia="宋体"/>
          <w:b/>
          <w:sz w:val="28"/>
        </w:rPr>
        <w:t>1.责任明确，主体担当。</w:t>
      </w:r>
    </w:p>
    <w:p/>
    <w:p>
      <w:pPr>
        <w:spacing w:line="360" w:lineRule="auto" w:before="160" w:after="80"/>
        <w:ind w:firstLine="0"/>
        <w:jc w:val="left"/>
      </w:pPr>
      <w:r>
        <w:rPr>
          <w:rFonts w:ascii="Times New Roman" w:hAnsi="Times New Roman" w:eastAsia="宋体"/>
          <w:b/>
          <w:sz w:val="28"/>
        </w:rPr>
        <w:t>2.凡是在推免工作中出现违纪、违规、违法操作，包括徇私舞弊、弄虚作假、打击报复、收受礼金等行为，将报于学院、学校按照相关规定处理。</w:t>
      </w:r>
    </w:p>
    <w:p/>
    <w:p>
      <w:pPr>
        <w:spacing w:line="360" w:lineRule="auto" w:before="160" w:after="80"/>
        <w:ind w:firstLine="0"/>
        <w:jc w:val="left"/>
      </w:pPr>
      <w:r>
        <w:rPr>
          <w:rFonts w:ascii="Times New Roman" w:hAnsi="Times New Roman" w:eastAsia="宋体"/>
          <w:b/>
          <w:sz w:val="28"/>
        </w:rPr>
        <w:t>3.学生应严格遵循学校和学院安排的推免工作的各个时间节点，错过时间节点者，视为放弃。</w:t>
      </w:r>
    </w:p>
    <w:p/>
    <w:p>
      <w:pPr>
        <w:spacing w:line="360" w:lineRule="auto" w:before="160" w:after="80"/>
        <w:ind w:firstLine="0"/>
        <w:jc w:val="left"/>
      </w:pPr>
      <w:r>
        <w:rPr>
          <w:rFonts w:ascii="Times New Roman" w:hAnsi="Times New Roman" w:eastAsia="宋体"/>
          <w:b/>
          <w:sz w:val="28"/>
        </w:rPr>
        <w:t>四、其他相关事项</w:t>
      </w:r>
    </w:p>
    <w:p/>
    <w:p>
      <w:pPr>
        <w:spacing w:line="360" w:lineRule="auto" w:before="0" w:after="80"/>
        <w:ind w:firstLine="482"/>
        <w:jc w:val="both"/>
      </w:pPr>
      <w:r>
        <w:rPr>
          <w:rFonts w:ascii="Times New Roman" w:hAnsi="Times New Roman" w:eastAsia="宋体"/>
          <w:b w:val="0"/>
          <w:sz w:val="24"/>
        </w:rPr>
        <w:t>1.学校下达的2025年教育学院推荐名额为17名。各专业名额具体分配如下：教育学（师范）专业6人 ，教育技术学（师范）专业5 人，应用心理学专业6人。每个专业各增报候补1人。</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