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物理与电子信息学院2026年推荐优秀应届本科毕业生免试攻读硕士研究生资格名单公示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物理与电子信息学院2026年推荐优秀应届本科毕业生免试攻读硕士研究生资格名单公示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经学生申请，学院推免遴选工作小组审议通过，拟推荐10名2026年应届本科毕业生免试攻读硕士研究生，现予以公示。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公示期：2025年9月7日—2025年9月9日。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异议受理：公示期内如有异议，请联系李老师：0471-7383865、13694718409。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专业/学院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排名/评分方式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待补充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待补充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待补充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待补充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主办单位：内蒙古师范大学物理与电子信息学院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电子邮箱：wlxxgb@imnu.edu.cn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联系电话：综合办公室 0471-7383862；教学与科研办公室 0471-7383865；团总支、学生工作与就业办公室 0471-7383860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物理与电子信息学院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