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沈阳化工大学马克思主义学院2026年接收推免生预推免复试通知</w:t>
      </w:r>
    </w:p>
    <w:p>
      <w:r>
        <w:t>发布日期（推定）：2025年9月10日</w:t>
      </w:r>
    </w:p>
    <w:p>
      <w:r>
        <w:t>名单人数：共7人</w:t>
      </w:r>
    </w:p>
    <w:p>
      <w:r>
        <w:t>涵盖专业（2个）：</w:t>
      </w:r>
    </w:p>
    <w:p>
      <w:r>
        <w:t>外国语言文学（学术硕士，专业代码050200） — 4人</w:t>
      </w:r>
    </w:p>
    <w:p>
      <w:r>
        <w:t>翻译硕士（专业硕士，MTI，含英语笔译055101、英语口译055102、俄语笔译055103、法语笔译055106） — 3人</w:t>
      </w:r>
    </w:p>
    <w:p>
      <w:r>
        <w:t>申请条件：</w:t>
      </w:r>
    </w:p>
    <w:p>
      <w:r>
        <w:t>1. 全日制普通本科应届毕业生，不接收专升本、第二学士学位、民办独立院校考生，须持有本校教务处出具正式推免资格证明</w:t>
      </w:r>
    </w:p>
    <w:p>
      <w:r>
        <w:t>2. 本科匹配专业：英语、翻译、商务英语、俄语、法语、日语等外语类专业；汉语言文学、国际经济与贸易（外语方向）有翻译/跨文化实践可跨报</w:t>
      </w:r>
    </w:p>
    <w:p>
      <w:r>
        <w:t>3. 学业硬性要求：前三学年全部必修课无挂科、补考、重修；无学术不端、在校处分记录；双一流院校专业排名前30%，普通一本院校专业排名前18%；持有外语竞赛、翻译大赛、外文论文、语料库项目可放宽至前23%</w:t>
      </w:r>
    </w:p>
    <w:p>
      <w:r>
        <w:t>4. 外语硬性要求：英语类考生专四合格/四级≥480，专八、六级≥450优先；俄语/法语考生专业四级合格；雅思6.0、托福80分可替代四六级</w:t>
      </w:r>
    </w:p>
    <w:p>
      <w:r>
        <w:t>5. 身心健康，认同学院化工国际翻译、对俄经贸语言服务交叉特色培养方向</w:t>
      </w:r>
    </w:p>
    <w:p>
      <w:r>
        <w:t>复试安排：</w:t>
      </w:r>
    </w:p>
    <w:p>
      <w:r>
        <w:t>1. 材料预审投递：2026年9月1日—9月8日，邮件提交全套电子版材料；全国推免系统开放后24小时内填报志愿</w:t>
      </w:r>
    </w:p>
    <w:p>
      <w:r>
        <w:t>2. 复试时间：2026年9月10日线下全天考核</w:t>
      </w:r>
    </w:p>
    <w:p>
      <w:r>
        <w:t>3. 复试地点：沈阳化工大学思远楼外国语学院语言实训中心</w:t>
      </w:r>
    </w:p>
    <w:p>
      <w:r>
        <w:t>4. 考核形式（线下现场三模块）：</w:t>
      </w:r>
    </w:p>
    <w:p>
      <w:r>
        <w:t>专业笔试（9:00-10:30，满分100）：语言学基础、文学概论、笔译实务（化工科技翻译素材）</w:t>
      </w:r>
    </w:p>
    <w:p>
      <w:r>
        <w:t>综合专业面试（13:00分组，满分70）：文学/语言学理论问答、科技翻译实操、竞赛/科研项目深挖、读研规划，单人面试不少于15分钟</w:t>
      </w:r>
    </w:p>
    <w:p>
      <w:r>
        <w:t>外语综合测试（满分30）：外语自我介绍、外文文献朗读翻译、即兴口语演讲、跨文化问答</w:t>
      </w:r>
    </w:p>
    <w:p>
      <w:r>
        <w:t>录取规则：</w:t>
      </w:r>
    </w:p>
    <w:p>
      <w:r>
        <w:t>1. 复试总成绩 = 笔试×50% + 综合面试×35% + 外语测试×15%，总分100分，复试总成绩低于60分不予录取</w:t>
      </w:r>
    </w:p>
    <w:p>
      <w:r>
        <w:t>2. 学硕、翻译专硕分专业独立排序，按复试总成绩由高到低依次录取，额满即止</w:t>
      </w:r>
    </w:p>
    <w:p>
      <w:r>
        <w:t>3. 同分优先排序：专八/CATTI证书、外语类期刊论文、国家级翻译竞赛、化工科技翻译实践经历</w:t>
      </w:r>
    </w:p>
    <w:p>
      <w:r>
        <w:t>4. 复试通过考生须在全国推免系统规定时限内确认待录取，逾期自动取消拟录取资格</w:t>
      </w:r>
    </w:p>
    <w:p>
      <w:r>
        <w:t>材料要求（电子版打包发送，复试当日携带纸质原件核验）：</w:t>
      </w:r>
    </w:p>
    <w:p>
      <w:r>
        <w:t>1. 《沈阳化工大学2026接收推免生申请表》（校研究生院统一模板，手写签字扫描件）</w:t>
      </w:r>
    </w:p>
    <w:p>
      <w:r>
        <w:t>2. 本科前三年完整成绩单（教务处公章）、专业综合排名证明</w:t>
      </w:r>
    </w:p>
    <w:p>
      <w:r>
        <w:t>3. 本校教务处开具推免资格证明原件扫描件</w:t>
      </w:r>
    </w:p>
    <w:p>
      <w:r>
        <w:t>4. 四六级/专四专八/CATTI/雅思托福外语证书扫描件</w:t>
      </w:r>
    </w:p>
    <w:p>
      <w:r>
        <w:t>5. 获奖证书、翻译竞赛、语料库大创、外文论文、译文作品集复印件</w:t>
      </w:r>
    </w:p>
    <w:p>
      <w:r>
        <w:t>6. 个人简历（翻译实训、外贸实习、外语教学、竞赛科研经历）</w:t>
      </w:r>
    </w:p>
    <w:p>
      <w:r>
        <w:t>7. 身份证、学生证正反面扫描件、一寸证件照电子版</w:t>
      </w:r>
    </w:p>
    <w:p>
      <w:r>
        <w:t>8. 外语类考生补充：笔译译文、口译录音文稿、课程论文摘要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