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【药学院2026年接收优秀应届本科毕业生免试攻读研究生预报名通知-山东大学药学院研究生教育】</w:t>
      </w:r>
    </w:p>
    <w:p>
      <w:r>
        <w:t>发布日期：2025-09-05</w:t>
      </w:r>
    </w:p>
    <w:p/>
    <w:p>
      <w:r>
        <w:t>一、系统报名</w:t>
      </w:r>
    </w:p>
    <w:p>
      <w:r>
        <w:t>1. 报名链接：请仔细阅读并按照山东大学2026年接收推荐免试硕士研究生和本科直博生预报名通知要求按时完成系统报名。</w:t>
      </w:r>
    </w:p>
    <w:p>
      <w:r>
        <w:t>2. 报名专业说明：我单位招生专业类型分为药学（学术型）、药学（专业型）、生物与医药（专业型）。每个专业下都标注了专业方向，每个考生仅能选择一个专业志愿进行填报，专业选择与录取结果息息相关，请各位考生谨慎选择。</w:t>
      </w:r>
    </w:p>
    <w:p>
      <w:r>
        <w:t>3. 系统中申请学位层次有硕士、本科直博两种，报名同学请根据自身情况选择意向层次进行报名。</w:t>
      </w:r>
    </w:p>
    <w:p>
      <w:r>
        <w:t>4. 报名时间：2025年9月X日00:00-9月X日12:00（原文时间信息不完整），登录山东大学研究生招生管理服务平台（山东大学研究生招生信息网-网上报名），选择推荐免试研究生预报名和本科直博生预报名。</w:t>
      </w:r>
    </w:p>
    <w:p/>
    <w:p>
      <w:r>
        <w:t>二、根据系统要求完成申请材料提交</w:t>
      </w:r>
    </w:p>
    <w:p>
      <w:r>
        <w:t>1. 思想政治素质和品德考核表；</w:t>
      </w:r>
    </w:p>
    <w:p>
      <w:r>
        <w:t>2. 本科阶段成绩单，须加盖学校教务主管部门公章；</w:t>
      </w:r>
    </w:p>
    <w:p>
      <w:r>
        <w:t>3. 外语水平证明或外语资格考试成绩单；</w:t>
      </w:r>
    </w:p>
    <w:p>
      <w:r>
        <w:t>4. 获奖证书（择优限填）；</w:t>
      </w:r>
    </w:p>
    <w:p>
      <w:r>
        <w:t>5. 体现自身学术水平的代表性学术论文、出版物或原创性工作成果等材料（择优限填）；</w:t>
      </w:r>
    </w:p>
    <w:p>
      <w:r>
        <w:t>6. 在校期间参军入伍服兵役、参加志愿服务、到国际组织实习等证明材料；</w:t>
      </w:r>
    </w:p>
    <w:p>
      <w:r>
        <w:t>7. 回避情况说明。凡有直系亲属或利益相关人员在我校工作，尤其是在所申请推免的招生单位工作的，要主动说明报备。对未按规定报备声明回避关系且影响推免过程和结果公平公正的学生，学校将取消其推免资格；</w:t>
      </w:r>
    </w:p>
    <w:p>
      <w:r>
        <w:t>8. 我校相关招生单位要求提供的其他材料。</w:t>
      </w:r>
    </w:p>
    <w:p>
      <w:r>
        <w:t>9. 报名时，如以上材料暂时不能提供，可在系统内上传情况说明，避免错过报名时间。参加复试时，请将缺失材料提交我校各招生单位进行补验。</w:t>
      </w:r>
    </w:p>
    <w:p>
      <w:r>
        <w:t>10. 药学院导师简介链接详见：（原文未提供具体链接）。</w:t>
      </w:r>
    </w:p>
    <w:p>
      <w:r>
        <w:t>11. 考生须对所提交材料的真实性负责。对提交虚假材料或弄虚作假者，无论何时，一经发现，即取消录取资格或学籍，并按教育部相关规定严肃处理。</w:t>
      </w:r>
    </w:p>
    <w:p/>
    <w:p>
      <w:r>
        <w:t>三、加入药学院推免QQ群</w:t>
      </w:r>
    </w:p>
    <w:p>
      <w:r>
        <w:t>1. 请在山东大学研究生接收推免生预报名系统中报名成功的同学，及时加入药学院预推免工作QQ群：317016162，验证信息为报名号后X位+姓名（原文为“报名号后姓名”，信息不完整）。</w:t>
      </w:r>
    </w:p>
    <w:p>
      <w:r>
        <w:t>2. 后续工作通知也会在QQ群内提醒，未及时关注网站通知、未按时加群、自行退群导致错过通知安排，责任自行承担。</w:t>
      </w:r>
    </w:p>
    <w:p/>
    <w:p>
      <w:r>
        <w:t>四、特别说明</w:t>
      </w:r>
    </w:p>
    <w:p>
      <w:r>
        <w:t>1. 此系统仅为统计推免考生报名信息使用，后期学院将根据考生报名情况择优选择报名的考生进入复试，后续通知（包括进入复试名单公示、复试方式、复试时间安排等）均只在QQ群和官网公布，不在预报名系统进行相应的操作，请各位考生知晓。</w:t>
      </w:r>
    </w:p>
    <w:p>
      <w:r>
        <w:t>2. 在预报名系统报名后考生务必加入指定QQ群，否则视为报名无效。</w:t>
      </w:r>
    </w:p>
    <w:p>
      <w:r>
        <w:t>3. 2026年推免的招生专业方向及计划以网站后续通知公布为准，推免招生计划公布后若出现无计划有报名考生的专业方向将及时沟通重新填报。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