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中央财经大学硕士招生（双证）通知列表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一、通知列表概览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本页面为中央财经大学研究生院硕士招生（双证）栏目通知列表，汇总了多条招生相关通知，涵盖推免生接收、新生入学、录取通知书发放等事项。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列表显示通知发布日期格式为“月-日-年份”，如“08-062026”表示2026年8月6日发布。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二、主要通知条目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【报名时间延长至9月6日中午12：00】关于开展中央财经大学接收2027年推免生（含直博生）工作的通知（发布日期：2026年8月6日）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关于公布学校研究生招生咨询相关事宜的通知（发布日期：2021年10月8日）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关于延长中央财经大学接收2027年推免生（含直博生）工作报名时间至9月6日的通知（发布日期：2026年8月26日）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各学院接收2027年推免生（含直博生）工作的通知汇总（发布日期：2026年8月10日）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中央财经大学信息学院非全日制计算机技术（智能金融方向）硕士项目介绍（发布日期：2026年8月10日）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2026年硕士和博士研究生新生入学须知（发布日期：2026年7月17日）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关于公布2026年硕博研究生新生录取通知书邮寄单号的通知（发布日期：2026年7月16日）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关于确认2026级硕士研究生录取通知书接收信息的通知（发布日期：2026年7月7日）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关于2026年硕士研究生新生录取通知书信息登记、健康状态申报、档案、党团组织关系转接等事宜的通知（发布日期：2026年5月21日）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【更新第八批寄送快递单号】关于2025-2026学年春季学期出售历年自命题试题工作的通知（发布日期：2026年5月8日）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三、联系方式与网址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地址：北京市海淀区学院南路39号办公楼三层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邮编：100081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网址：https://gs.cufe.edu.cn/zsgz/sszs_sz_.htm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